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F8E8C" w14:textId="5E6CC0B2" w:rsidR="001013B2" w:rsidRPr="00C41A2A" w:rsidRDefault="00195E6B">
      <w:pPr>
        <w:tabs>
          <w:tab w:val="left" w:pos="6768"/>
        </w:tabs>
        <w:spacing w:after="20"/>
        <w:rPr>
          <w:color w:val="53565A"/>
        </w:rPr>
      </w:pPr>
      <w:r w:rsidRPr="00C41A2A">
        <w:rPr>
          <w:noProof/>
          <w:color w:val="53565A"/>
        </w:rPr>
        <w:drawing>
          <wp:anchor distT="0" distB="0" distL="114300" distR="114300" simplePos="0" relativeHeight="251611648" behindDoc="0" locked="0" layoutInCell="1" allowOverlap="1" wp14:anchorId="1F24683F" wp14:editId="6F3F2E4A">
            <wp:simplePos x="0" y="0"/>
            <wp:positionH relativeFrom="column">
              <wp:posOffset>4511153</wp:posOffset>
            </wp:positionH>
            <wp:positionV relativeFrom="paragraph">
              <wp:posOffset>-67681</wp:posOffset>
            </wp:positionV>
            <wp:extent cx="1965960" cy="714375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thway_logo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41A2A">
        <w:rPr>
          <w:b/>
          <w:color w:val="53565A"/>
          <w:sz w:val="40"/>
          <w:szCs w:val="24"/>
        </w:rPr>
        <w:t>Pathway Programme Application</w:t>
      </w:r>
      <w:r w:rsidRPr="00C41A2A">
        <w:rPr>
          <w:b/>
          <w:color w:val="53565A"/>
          <w:sz w:val="40"/>
          <w:szCs w:val="24"/>
        </w:rPr>
        <w:br/>
        <w:t xml:space="preserve">Form Cohort </w:t>
      </w:r>
      <w:r w:rsidR="00403D73">
        <w:rPr>
          <w:b/>
          <w:color w:val="53565A"/>
          <w:sz w:val="40"/>
          <w:szCs w:val="24"/>
        </w:rPr>
        <w:t>9</w:t>
      </w:r>
      <w:r w:rsidRPr="00C41A2A">
        <w:rPr>
          <w:color w:val="53565A"/>
        </w:rPr>
        <w:tab/>
      </w:r>
    </w:p>
    <w:p w14:paraId="03EC5054" w14:textId="77777777" w:rsidR="001013B2" w:rsidRPr="008C1F38" w:rsidRDefault="00000000" w:rsidP="004B3E22">
      <w:pPr>
        <w:spacing w:after="20" w:line="360" w:lineRule="auto"/>
        <w:rPr>
          <w:bCs/>
          <w:color w:val="CE0058"/>
          <w:sz w:val="22"/>
        </w:rPr>
      </w:pPr>
      <w:r w:rsidRPr="008C1F38">
        <w:rPr>
          <w:bCs/>
          <w:color w:val="CE0058"/>
          <w:sz w:val="22"/>
        </w:rPr>
        <w:t>Please complete this form with your line manager.</w:t>
      </w:r>
    </w:p>
    <w:p w14:paraId="1BD25439" w14:textId="77777777" w:rsidR="001013B2" w:rsidRPr="00195E6B" w:rsidRDefault="00000000" w:rsidP="004B3E22">
      <w:pPr>
        <w:spacing w:after="140" w:line="360" w:lineRule="auto"/>
        <w:rPr>
          <w:bCs/>
          <w:sz w:val="22"/>
        </w:rPr>
      </w:pPr>
      <w:r w:rsidRPr="008C1F38">
        <w:rPr>
          <w:bCs/>
          <w:color w:val="CE0058"/>
          <w:sz w:val="22"/>
        </w:rPr>
        <w:t xml:space="preserve">Managers, please email completed form to: </w:t>
      </w:r>
      <w:r w:rsidRPr="00195E6B">
        <w:rPr>
          <w:bCs/>
          <w:color w:val="0046B8"/>
          <w:sz w:val="22"/>
          <w:u w:val="single"/>
        </w:rPr>
        <w:t>glLandDenquiries@glasgowlife.org.uk</w:t>
      </w:r>
    </w:p>
    <w:p w14:paraId="6EF5E0E7" w14:textId="6FE13761" w:rsidR="001013B2" w:rsidRPr="00195E6B" w:rsidRDefault="00BF0467">
      <w:pPr>
        <w:spacing w:after="100"/>
        <w:rPr>
          <w:sz w:val="22"/>
        </w:rPr>
      </w:pPr>
      <w:r w:rsidRPr="00C41A2A">
        <w:rPr>
          <w:b/>
          <w:noProof/>
          <w:color w:val="53565A"/>
          <w:sz w:val="22"/>
        </w:rPr>
        <mc:AlternateContent>
          <mc:Choice Requires="wps">
            <w:drawing>
              <wp:anchor distT="45720" distB="45720" distL="114300" distR="114300" simplePos="0" relativeHeight="251676160" behindDoc="0" locked="1" layoutInCell="1" allowOverlap="1" wp14:anchorId="2E167322" wp14:editId="39483F52">
                <wp:simplePos x="0" y="0"/>
                <wp:positionH relativeFrom="column">
                  <wp:posOffset>596900</wp:posOffset>
                </wp:positionH>
                <wp:positionV relativeFrom="paragraph">
                  <wp:posOffset>1663065</wp:posOffset>
                </wp:positionV>
                <wp:extent cx="5943600" cy="228600"/>
                <wp:effectExtent l="0" t="0" r="19050" b="19050"/>
                <wp:wrapNone/>
                <wp:docPr id="6472539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D27058" w14:textId="563A767C" w:rsidR="00BF0467" w:rsidRPr="004B3E22" w:rsidRDefault="00BF0467" w:rsidP="00BF046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36000" rIns="91440" bIns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16732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7pt;margin-top:130.95pt;width:468pt;height:18pt;z-index:251676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">
                <v:textbox inset=",1mm,,0">
                  <w:txbxContent>
                    <w:p w14:paraId="1ED27058" w14:textId="563A767C" w:rsidR="00BF0467" w:rsidRPr="004B3E22" w:rsidRDefault="00BF0467" w:rsidP="00BF0467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C41A2A">
        <w:rPr>
          <w:b/>
          <w:noProof/>
          <w:color w:val="53565A"/>
          <w:sz w:val="22"/>
        </w:rPr>
        <mc:AlternateContent>
          <mc:Choice Requires="wps">
            <w:drawing>
              <wp:anchor distT="45720" distB="45720" distL="114300" distR="114300" simplePos="0" relativeHeight="251624960" behindDoc="0" locked="1" layoutInCell="1" allowOverlap="1" wp14:anchorId="442ECA2A" wp14:editId="68C051F5">
                <wp:simplePos x="0" y="0"/>
                <wp:positionH relativeFrom="column">
                  <wp:posOffset>469900</wp:posOffset>
                </wp:positionH>
                <wp:positionV relativeFrom="paragraph">
                  <wp:posOffset>234315</wp:posOffset>
                </wp:positionV>
                <wp:extent cx="6096000" cy="228600"/>
                <wp:effectExtent l="0" t="0" r="19050" b="190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F16913" w14:textId="16D03CAB" w:rsidR="008C1F38" w:rsidRPr="004B3E22" w:rsidRDefault="008C1F38" w:rsidP="00BF046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36000" rIns="91440" bIns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2ECA2A" id="_x0000_s1027" type="#_x0000_t202" style="position:absolute;margin-left:37pt;margin-top:18.45pt;width:480pt;height:18pt;z-index:251624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">
                <v:textbox inset=",1mm,,0">
                  <w:txbxContent>
                    <w:p w14:paraId="14F16913" w14:textId="16D03CAB" w:rsidR="008C1F38" w:rsidRPr="004B3E22" w:rsidRDefault="008C1F38" w:rsidP="00BF0467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C41A2A">
        <w:rPr>
          <w:b/>
          <w:noProof/>
          <w:color w:val="53565A"/>
          <w:sz w:val="22"/>
        </w:rPr>
        <mc:AlternateContent>
          <mc:Choice Requires="wps">
            <w:drawing>
              <wp:anchor distT="45720" distB="45720" distL="114300" distR="114300" simplePos="0" relativeHeight="251657728" behindDoc="0" locked="1" layoutInCell="1" allowOverlap="1" wp14:anchorId="54472171" wp14:editId="3CF9B8D3">
                <wp:simplePos x="0" y="0"/>
                <wp:positionH relativeFrom="column">
                  <wp:posOffset>1441450</wp:posOffset>
                </wp:positionH>
                <wp:positionV relativeFrom="paragraph">
                  <wp:posOffset>2660015</wp:posOffset>
                </wp:positionV>
                <wp:extent cx="5080000" cy="234950"/>
                <wp:effectExtent l="0" t="0" r="25400" b="12700"/>
                <wp:wrapNone/>
                <wp:docPr id="8865977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0000" cy="23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D205EF" w14:textId="21110334" w:rsidR="00BF0467" w:rsidRPr="004B3E22" w:rsidRDefault="00BF0467" w:rsidP="00BF046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36000" rIns="91440" bIns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472171" id="_x0000_s1028" type="#_x0000_t202" style="position:absolute;margin-left:113.5pt;margin-top:209.45pt;width:400pt;height:18.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">
                <v:textbox inset=",1mm,,0">
                  <w:txbxContent>
                    <w:p w14:paraId="53D205EF" w14:textId="21110334" w:rsidR="00BF0467" w:rsidRPr="004B3E22" w:rsidRDefault="00BF0467" w:rsidP="00BF0467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C41A2A">
        <w:rPr>
          <w:b/>
          <w:color w:val="53565A"/>
          <w:sz w:val="22"/>
        </w:rPr>
        <w:t>&gt;&gt; Applicant’s Information (Mandatory Requirements)</w:t>
      </w:r>
    </w:p>
    <w:p w14:paraId="5FA5016E" w14:textId="6F4F7005" w:rsidR="008F23A7" w:rsidRDefault="008C1F38">
      <w:pPr>
        <w:tabs>
          <w:tab w:val="left" w:pos="1512"/>
          <w:tab w:val="left" w:pos="5256"/>
          <w:tab w:val="left" w:pos="7992"/>
        </w:tabs>
        <w:spacing w:after="100"/>
        <w:rPr>
          <w:b/>
          <w:color w:val="CE0058"/>
          <w:sz w:val="22"/>
        </w:rPr>
      </w:pPr>
      <w:r w:rsidRPr="008C1F38">
        <w:rPr>
          <w:b/>
          <w:noProof/>
          <w:color w:val="CE0058"/>
          <w:sz w:val="22"/>
        </w:rPr>
        <mc:AlternateContent>
          <mc:Choice Requires="wps">
            <w:drawing>
              <wp:anchor distT="45720" distB="45720" distL="114300" distR="114300" simplePos="0" relativeHeight="251633152" behindDoc="0" locked="1" layoutInCell="1" allowOverlap="1" wp14:anchorId="30A9D112" wp14:editId="498A825A">
                <wp:simplePos x="0" y="0"/>
                <wp:positionH relativeFrom="margin">
                  <wp:posOffset>1911350</wp:posOffset>
                </wp:positionH>
                <wp:positionV relativeFrom="paragraph">
                  <wp:posOffset>449580</wp:posOffset>
                </wp:positionV>
                <wp:extent cx="4654550" cy="228600"/>
                <wp:effectExtent l="0" t="0" r="12700" b="19050"/>
                <wp:wrapNone/>
                <wp:docPr id="11241984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4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88C6CF" w14:textId="754DC491" w:rsidR="008C1F38" w:rsidRPr="004B3E22" w:rsidRDefault="008C1F38" w:rsidP="008C1F3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36000" rIns="91440" bIns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A9D112" id="_x0000_s1029" type="#_x0000_t202" style="position:absolute;margin-left:150.5pt;margin-top:35.4pt;width:366.5pt;height:18pt;z-index:2516331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">
                <v:textbox inset=",1mm,,0">
                  <w:txbxContent>
                    <w:p w14:paraId="1988C6CF" w14:textId="754DC491" w:rsidR="008C1F38" w:rsidRPr="004B3E22" w:rsidRDefault="008C1F38" w:rsidP="008C1F3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  <w10:anchorlock/>
              </v:shape>
            </w:pict>
          </mc:Fallback>
        </mc:AlternateContent>
      </w:r>
      <w:r w:rsidR="00BF0467" w:rsidRPr="008C1F38">
        <w:rPr>
          <w:b/>
          <w:color w:val="CE0058"/>
          <w:sz w:val="22"/>
        </w:rPr>
        <w:t>Name</w:t>
      </w:r>
      <w:r w:rsidR="00195E6B" w:rsidRPr="008C1F38">
        <w:rPr>
          <w:b/>
          <w:color w:val="CE0058"/>
          <w:sz w:val="22"/>
        </w:rPr>
        <w:t>:</w:t>
      </w:r>
      <w:r w:rsidRPr="008C1F38">
        <w:rPr>
          <w:b/>
          <w:sz w:val="22"/>
        </w:rPr>
        <w:t xml:space="preserve"> </w:t>
      </w:r>
      <w:r w:rsidRPr="008C1F38">
        <w:rPr>
          <w:b/>
          <w:sz w:val="22"/>
        </w:rPr>
        <w:tab/>
      </w:r>
      <w:r w:rsidR="00195E6B" w:rsidRPr="008C1F38">
        <w:rPr>
          <w:b/>
          <w:color w:val="CE0058"/>
          <w:sz w:val="22"/>
        </w:rPr>
        <w:tab/>
      </w:r>
    </w:p>
    <w:p w14:paraId="7D0642BD" w14:textId="77777777" w:rsidR="008F23A7" w:rsidRDefault="008F23A7">
      <w:pPr>
        <w:tabs>
          <w:tab w:val="left" w:pos="1512"/>
          <w:tab w:val="left" w:pos="5256"/>
          <w:tab w:val="left" w:pos="7992"/>
        </w:tabs>
        <w:spacing w:after="100"/>
        <w:rPr>
          <w:b/>
          <w:color w:val="CE0058"/>
          <w:sz w:val="22"/>
        </w:rPr>
      </w:pPr>
    </w:p>
    <w:p w14:paraId="09D54814" w14:textId="35150663" w:rsidR="008F23A7" w:rsidRDefault="00195E6B">
      <w:pPr>
        <w:tabs>
          <w:tab w:val="left" w:pos="1512"/>
          <w:tab w:val="left" w:pos="5256"/>
          <w:tab w:val="left" w:pos="7992"/>
        </w:tabs>
        <w:spacing w:after="100"/>
        <w:rPr>
          <w:b/>
          <w:color w:val="CE0058"/>
          <w:sz w:val="22"/>
        </w:rPr>
      </w:pPr>
      <w:r w:rsidRPr="008C1F38">
        <w:rPr>
          <w:b/>
          <w:color w:val="CE0058"/>
          <w:sz w:val="22"/>
        </w:rPr>
        <w:t>Glasgow</w:t>
      </w:r>
      <w:r w:rsidR="00BF0467" w:rsidRPr="008C1F38">
        <w:rPr>
          <w:b/>
          <w:color w:val="CE0058"/>
          <w:sz w:val="22"/>
        </w:rPr>
        <w:t xml:space="preserve"> Life Service Area:</w:t>
      </w:r>
    </w:p>
    <w:p w14:paraId="3A3B7B01" w14:textId="77777777" w:rsidR="004B3E22" w:rsidRDefault="004B3E22">
      <w:pPr>
        <w:tabs>
          <w:tab w:val="left" w:pos="1512"/>
          <w:tab w:val="left" w:pos="5256"/>
          <w:tab w:val="left" w:pos="7992"/>
        </w:tabs>
        <w:spacing w:after="100"/>
        <w:rPr>
          <w:b/>
          <w:color w:val="CE0058"/>
          <w:sz w:val="22"/>
        </w:rPr>
      </w:pPr>
    </w:p>
    <w:p w14:paraId="5B76107C" w14:textId="64FAEFFA" w:rsidR="008F23A7" w:rsidRDefault="00BF0467">
      <w:pPr>
        <w:tabs>
          <w:tab w:val="left" w:pos="1512"/>
          <w:tab w:val="left" w:pos="5256"/>
          <w:tab w:val="left" w:pos="7992"/>
        </w:tabs>
        <w:spacing w:after="100"/>
        <w:rPr>
          <w:color w:val="CE0058"/>
          <w:sz w:val="22"/>
        </w:rPr>
      </w:pPr>
      <w:r w:rsidRPr="008C1F38">
        <w:rPr>
          <w:b/>
          <w:noProof/>
          <w:color w:val="CE0058"/>
          <w:sz w:val="22"/>
        </w:rPr>
        <mc:AlternateContent>
          <mc:Choice Requires="wps">
            <w:drawing>
              <wp:anchor distT="45720" distB="45720" distL="114300" distR="114300" simplePos="0" relativeHeight="251674112" behindDoc="0" locked="1" layoutInCell="1" allowOverlap="1" wp14:anchorId="6212E2EB" wp14:editId="4C1D6808">
                <wp:simplePos x="0" y="0"/>
                <wp:positionH relativeFrom="column">
                  <wp:posOffset>1130300</wp:posOffset>
                </wp:positionH>
                <wp:positionV relativeFrom="paragraph">
                  <wp:posOffset>942975</wp:posOffset>
                </wp:positionV>
                <wp:extent cx="5416550" cy="247650"/>
                <wp:effectExtent l="0" t="0" r="12700" b="19050"/>
                <wp:wrapNone/>
                <wp:docPr id="8444069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655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085250" w14:textId="6F7A7BCF" w:rsidR="00BF0467" w:rsidRPr="004B3E22" w:rsidRDefault="00BF0467" w:rsidP="00BF046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36000" rIns="91440" bIns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12E2EB" id="_x0000_s1030" type="#_x0000_t202" style="position:absolute;margin-left:89pt;margin-top:74.25pt;width:426.5pt;height:19.5pt;z-index:251674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">
                <v:textbox inset=",1mm,,0">
                  <w:txbxContent>
                    <w:p w14:paraId="19085250" w14:textId="6F7A7BCF" w:rsidR="00BF0467" w:rsidRPr="004B3E22" w:rsidRDefault="00BF0467" w:rsidP="00BF0467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8C1F38" w:rsidRPr="008C1F38">
        <w:rPr>
          <w:b/>
          <w:noProof/>
          <w:color w:val="CE0058"/>
          <w:sz w:val="22"/>
        </w:rPr>
        <mc:AlternateContent>
          <mc:Choice Requires="wps">
            <w:drawing>
              <wp:anchor distT="45720" distB="45720" distL="114300" distR="114300" simplePos="0" relativeHeight="251643392" behindDoc="0" locked="1" layoutInCell="1" allowOverlap="1" wp14:anchorId="1E4E0E58" wp14:editId="0DCDE676">
                <wp:simplePos x="0" y="0"/>
                <wp:positionH relativeFrom="column">
                  <wp:posOffset>742950</wp:posOffset>
                </wp:positionH>
                <wp:positionV relativeFrom="paragraph">
                  <wp:posOffset>-60325</wp:posOffset>
                </wp:positionV>
                <wp:extent cx="5797550" cy="222250"/>
                <wp:effectExtent l="0" t="0" r="12700" b="25400"/>
                <wp:wrapNone/>
                <wp:docPr id="19909931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755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92F14E" w14:textId="77777777" w:rsidR="008C1F38" w:rsidRPr="004B3E22" w:rsidRDefault="008C1F38" w:rsidP="008C1F3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36000" rIns="91440" bIns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4E0E58" id="_x0000_s1031" type="#_x0000_t202" style="position:absolute;margin-left:58.5pt;margin-top:-4.75pt;width:456.5pt;height:17.5pt;z-index:251643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">
                <v:textbox inset=",1mm,,0">
                  <w:txbxContent>
                    <w:p w14:paraId="4292F14E" w14:textId="77777777" w:rsidR="008C1F38" w:rsidRPr="004B3E22" w:rsidRDefault="008C1F38" w:rsidP="008C1F3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C1F38">
        <w:rPr>
          <w:b/>
          <w:color w:val="CE0058"/>
          <w:sz w:val="22"/>
        </w:rPr>
        <w:t>Job Title:</w:t>
      </w:r>
      <w:r w:rsidR="00195E6B" w:rsidRPr="008C1F38">
        <w:rPr>
          <w:color w:val="CE0058"/>
          <w:sz w:val="22"/>
        </w:rPr>
        <w:t xml:space="preserve"> </w:t>
      </w:r>
      <w:r w:rsidR="00195E6B" w:rsidRPr="008C1F38">
        <w:rPr>
          <w:color w:val="CE0058"/>
          <w:sz w:val="22"/>
        </w:rPr>
        <w:tab/>
      </w:r>
      <w:r w:rsidR="00195E6B" w:rsidRPr="008C1F38">
        <w:rPr>
          <w:color w:val="CE0058"/>
          <w:sz w:val="22"/>
        </w:rPr>
        <w:tab/>
      </w:r>
    </w:p>
    <w:p w14:paraId="175D427F" w14:textId="77777777" w:rsidR="008F23A7" w:rsidRDefault="008F23A7">
      <w:pPr>
        <w:tabs>
          <w:tab w:val="left" w:pos="1512"/>
          <w:tab w:val="left" w:pos="5256"/>
          <w:tab w:val="left" w:pos="7992"/>
        </w:tabs>
        <w:spacing w:after="100"/>
        <w:rPr>
          <w:b/>
          <w:bCs/>
          <w:color w:val="CE0058"/>
          <w:sz w:val="22"/>
        </w:rPr>
      </w:pPr>
    </w:p>
    <w:p w14:paraId="4DFD4DF3" w14:textId="48F26D70" w:rsidR="001013B2" w:rsidRPr="008C1F38" w:rsidRDefault="00195E6B">
      <w:pPr>
        <w:tabs>
          <w:tab w:val="left" w:pos="1512"/>
          <w:tab w:val="left" w:pos="5256"/>
          <w:tab w:val="left" w:pos="7992"/>
        </w:tabs>
        <w:spacing w:after="100"/>
        <w:rPr>
          <w:color w:val="CE0058"/>
          <w:sz w:val="22"/>
        </w:rPr>
      </w:pPr>
      <w:r w:rsidRPr="008C1F38">
        <w:rPr>
          <w:b/>
          <w:bCs/>
          <w:color w:val="CE0058"/>
          <w:sz w:val="22"/>
        </w:rPr>
        <w:t>V</w:t>
      </w:r>
      <w:r w:rsidR="00BF0467" w:rsidRPr="008C1F38">
        <w:rPr>
          <w:b/>
          <w:bCs/>
          <w:color w:val="CE0058"/>
          <w:sz w:val="22"/>
        </w:rPr>
        <w:t>enue</w:t>
      </w:r>
      <w:r w:rsidR="00BF0467" w:rsidRPr="008C1F38">
        <w:rPr>
          <w:b/>
          <w:color w:val="CE0058"/>
          <w:sz w:val="22"/>
        </w:rPr>
        <w:t>:</w:t>
      </w:r>
    </w:p>
    <w:p w14:paraId="78F89E17" w14:textId="77777777" w:rsidR="008F23A7" w:rsidRDefault="008F23A7">
      <w:pPr>
        <w:tabs>
          <w:tab w:val="left" w:pos="1512"/>
          <w:tab w:val="left" w:pos="5256"/>
          <w:tab w:val="left" w:pos="7992"/>
        </w:tabs>
        <w:spacing w:after="100"/>
        <w:rPr>
          <w:b/>
          <w:color w:val="CE0058"/>
          <w:sz w:val="22"/>
        </w:rPr>
      </w:pPr>
    </w:p>
    <w:p w14:paraId="528B9374" w14:textId="74D5E18C" w:rsidR="008F23A7" w:rsidRDefault="00000000">
      <w:pPr>
        <w:tabs>
          <w:tab w:val="left" w:pos="1512"/>
          <w:tab w:val="left" w:pos="5256"/>
          <w:tab w:val="left" w:pos="7992"/>
        </w:tabs>
        <w:spacing w:after="100"/>
        <w:rPr>
          <w:b/>
          <w:color w:val="CE0058"/>
          <w:sz w:val="22"/>
        </w:rPr>
      </w:pPr>
      <w:r w:rsidRPr="008C1F38">
        <w:rPr>
          <w:b/>
          <w:color w:val="CE0058"/>
          <w:sz w:val="22"/>
        </w:rPr>
        <w:t>Email Address:</w:t>
      </w:r>
      <w:r w:rsidR="00195E6B" w:rsidRPr="008C1F38">
        <w:rPr>
          <w:b/>
          <w:color w:val="CE0058"/>
          <w:sz w:val="22"/>
        </w:rPr>
        <w:tab/>
      </w:r>
    </w:p>
    <w:p w14:paraId="5E2E3CD6" w14:textId="77777777" w:rsidR="008F23A7" w:rsidRDefault="008F23A7">
      <w:pPr>
        <w:tabs>
          <w:tab w:val="left" w:pos="1512"/>
          <w:tab w:val="left" w:pos="5256"/>
          <w:tab w:val="left" w:pos="7992"/>
        </w:tabs>
        <w:spacing w:after="100"/>
        <w:rPr>
          <w:b/>
          <w:color w:val="CE0058"/>
          <w:sz w:val="22"/>
        </w:rPr>
      </w:pPr>
    </w:p>
    <w:p w14:paraId="09A431A8" w14:textId="2EE0C392" w:rsidR="001013B2" w:rsidRPr="008C1F38" w:rsidRDefault="00000000">
      <w:pPr>
        <w:tabs>
          <w:tab w:val="left" w:pos="1512"/>
          <w:tab w:val="left" w:pos="5256"/>
          <w:tab w:val="left" w:pos="7992"/>
        </w:tabs>
        <w:spacing w:after="100"/>
        <w:rPr>
          <w:color w:val="CE0058"/>
          <w:sz w:val="22"/>
        </w:rPr>
      </w:pPr>
      <w:r w:rsidRPr="008C1F38">
        <w:rPr>
          <w:b/>
          <w:color w:val="CE0058"/>
          <w:sz w:val="22"/>
        </w:rPr>
        <w:t>Telephone Number:</w:t>
      </w:r>
    </w:p>
    <w:p w14:paraId="654DFD6C" w14:textId="77777777" w:rsidR="007319EF" w:rsidRDefault="007319EF">
      <w:pPr>
        <w:spacing w:after="140"/>
        <w:rPr>
          <w:color w:val="53565A"/>
          <w:sz w:val="2"/>
          <w:szCs w:val="2"/>
        </w:rPr>
      </w:pPr>
    </w:p>
    <w:p w14:paraId="7B11AD5B" w14:textId="44A0BBB6" w:rsidR="001013B2" w:rsidRPr="00C41A2A" w:rsidRDefault="00000000" w:rsidP="007319EF">
      <w:pPr>
        <w:spacing w:after="140" w:line="360" w:lineRule="auto"/>
        <w:rPr>
          <w:color w:val="53565A"/>
          <w:sz w:val="22"/>
        </w:rPr>
      </w:pPr>
      <w:r w:rsidRPr="00C41A2A">
        <w:rPr>
          <w:color w:val="53565A"/>
          <w:sz w:val="22"/>
        </w:rPr>
        <w:t xml:space="preserve">Please </w:t>
      </w:r>
      <w:proofErr w:type="gramStart"/>
      <w:r w:rsidRPr="00C41A2A">
        <w:rPr>
          <w:color w:val="53565A"/>
          <w:sz w:val="22"/>
        </w:rPr>
        <w:t>give</w:t>
      </w:r>
      <w:proofErr w:type="gramEnd"/>
      <w:r w:rsidRPr="00C41A2A">
        <w:rPr>
          <w:color w:val="53565A"/>
          <w:sz w:val="22"/>
        </w:rPr>
        <w:t xml:space="preserve"> a telephone number above </w:t>
      </w:r>
      <w:proofErr w:type="gramStart"/>
      <w:r w:rsidRPr="00C41A2A">
        <w:rPr>
          <w:color w:val="53565A"/>
          <w:sz w:val="22"/>
        </w:rPr>
        <w:t>that</w:t>
      </w:r>
      <w:proofErr w:type="gramEnd"/>
      <w:r w:rsidRPr="00C41A2A">
        <w:rPr>
          <w:color w:val="53565A"/>
          <w:sz w:val="22"/>
        </w:rPr>
        <w:t xml:space="preserve"> you would like us to contact </w:t>
      </w:r>
      <w:proofErr w:type="gramStart"/>
      <w:r w:rsidRPr="00C41A2A">
        <w:rPr>
          <w:color w:val="53565A"/>
          <w:sz w:val="22"/>
        </w:rPr>
        <w:t>you on</w:t>
      </w:r>
      <w:proofErr w:type="gramEnd"/>
      <w:r w:rsidRPr="00C41A2A">
        <w:rPr>
          <w:color w:val="53565A"/>
          <w:sz w:val="22"/>
        </w:rPr>
        <w:t xml:space="preserve"> if we need</w:t>
      </w:r>
      <w:r w:rsidR="00195E6B" w:rsidRPr="00C41A2A">
        <w:rPr>
          <w:color w:val="53565A"/>
          <w:sz w:val="22"/>
        </w:rPr>
        <w:t xml:space="preserve"> </w:t>
      </w:r>
      <w:r w:rsidRPr="00C41A2A">
        <w:rPr>
          <w:color w:val="53565A"/>
          <w:sz w:val="22"/>
        </w:rPr>
        <w:t>to cancel a workshop in extenuating circumstances.</w:t>
      </w:r>
    </w:p>
    <w:p w14:paraId="502D8490" w14:textId="77777777" w:rsidR="00195E6B" w:rsidRPr="00195E6B" w:rsidRDefault="00195E6B">
      <w:pPr>
        <w:spacing w:after="120"/>
        <w:rPr>
          <w:b/>
          <w:color w:val="6A005F"/>
          <w:sz w:val="22"/>
        </w:rPr>
      </w:pPr>
    </w:p>
    <w:p w14:paraId="70346628" w14:textId="266977F1" w:rsidR="001013B2" w:rsidRPr="00C41A2A" w:rsidRDefault="007319EF">
      <w:pPr>
        <w:spacing w:after="120"/>
        <w:rPr>
          <w:color w:val="53565A"/>
          <w:sz w:val="22"/>
        </w:rPr>
      </w:pPr>
      <w:r w:rsidRPr="00C41A2A">
        <w:rPr>
          <w:b/>
          <w:noProof/>
          <w:color w:val="CE0058"/>
          <w:sz w:val="22"/>
        </w:rPr>
        <mc:AlternateContent>
          <mc:Choice Requires="wps">
            <w:drawing>
              <wp:anchor distT="45720" distB="45720" distL="114300" distR="114300" simplePos="0" relativeHeight="251710976" behindDoc="0" locked="1" layoutInCell="1" allowOverlap="1" wp14:anchorId="372B2A73" wp14:editId="77DF17CB">
                <wp:simplePos x="0" y="0"/>
                <wp:positionH relativeFrom="column">
                  <wp:posOffset>3429000</wp:posOffset>
                </wp:positionH>
                <wp:positionV relativeFrom="paragraph">
                  <wp:posOffset>-83820</wp:posOffset>
                </wp:positionV>
                <wp:extent cx="2997200" cy="241300"/>
                <wp:effectExtent l="0" t="0" r="12700" b="25400"/>
                <wp:wrapNone/>
                <wp:docPr id="19875626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7200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7793B0" w14:textId="77777777" w:rsidR="007319EF" w:rsidRPr="004B3E22" w:rsidRDefault="007319EF" w:rsidP="007319E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36000" rIns="91440" bIns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2B2A73" id="_x0000_s1032" type="#_x0000_t202" style="position:absolute;margin-left:270pt;margin-top:-6.6pt;width:236pt;height:19pt;z-index:251710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">
                <v:textbox inset=",1mm,,0">
                  <w:txbxContent>
                    <w:p w14:paraId="207793B0" w14:textId="77777777" w:rsidR="007319EF" w:rsidRPr="004B3E22" w:rsidRDefault="007319EF" w:rsidP="007319EF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000000" w:rsidRPr="00C41A2A">
        <w:rPr>
          <w:b/>
          <w:color w:val="53565A"/>
          <w:sz w:val="22"/>
        </w:rPr>
        <w:t>&gt;&gt; How long have you been in your current role?</w:t>
      </w:r>
      <w:r w:rsidR="00000000" w:rsidRPr="00C41A2A">
        <w:rPr>
          <w:color w:val="53565A"/>
          <w:sz w:val="22"/>
        </w:rPr>
        <w:t xml:space="preserve"> </w:t>
      </w:r>
      <w:r>
        <w:rPr>
          <w:color w:val="53565A"/>
          <w:sz w:val="22"/>
        </w:rPr>
        <w:t xml:space="preserve"> </w:t>
      </w:r>
      <w:r w:rsidR="00000000" w:rsidRPr="00C41A2A">
        <w:rPr>
          <w:color w:val="53565A"/>
          <w:sz w:val="22"/>
        </w:rPr>
        <w:t xml:space="preserve"> </w:t>
      </w:r>
    </w:p>
    <w:p w14:paraId="4A1776A4" w14:textId="77777777" w:rsidR="00195E6B" w:rsidRDefault="00195E6B">
      <w:pPr>
        <w:spacing w:after="80"/>
        <w:rPr>
          <w:b/>
          <w:color w:val="6A005F"/>
          <w:sz w:val="22"/>
        </w:rPr>
      </w:pPr>
    </w:p>
    <w:p w14:paraId="00310BAA" w14:textId="77777777" w:rsidR="007319EF" w:rsidRDefault="007319EF">
      <w:pPr>
        <w:spacing w:after="80"/>
        <w:rPr>
          <w:b/>
          <w:color w:val="6A005F"/>
          <w:sz w:val="22"/>
        </w:rPr>
      </w:pPr>
    </w:p>
    <w:p w14:paraId="253FEE2A" w14:textId="56176242" w:rsidR="00E35791" w:rsidRPr="00C41A2A" w:rsidRDefault="00000000">
      <w:pPr>
        <w:spacing w:after="80"/>
        <w:rPr>
          <w:color w:val="53565A"/>
          <w:sz w:val="22"/>
        </w:rPr>
      </w:pPr>
      <w:r w:rsidRPr="00C41A2A">
        <w:rPr>
          <w:b/>
          <w:color w:val="53565A"/>
          <w:sz w:val="22"/>
        </w:rPr>
        <w:t xml:space="preserve">&gt;&gt; If you work part-time, </w:t>
      </w:r>
      <w:r w:rsidR="008C1F38" w:rsidRPr="00C41A2A">
        <w:rPr>
          <w:b/>
          <w:bCs/>
          <w:color w:val="53565A"/>
          <w:sz w:val="22"/>
        </w:rPr>
        <w:t xml:space="preserve">select the </w:t>
      </w:r>
      <w:r w:rsidRPr="00C41A2A">
        <w:rPr>
          <w:b/>
          <w:color w:val="53565A"/>
          <w:sz w:val="22"/>
        </w:rPr>
        <w:t xml:space="preserve">days you usually work. </w:t>
      </w:r>
      <w:r w:rsidRPr="007319EF">
        <w:rPr>
          <w:b/>
          <w:color w:val="53565A"/>
          <w:sz w:val="22"/>
        </w:rPr>
        <w:t xml:space="preserve">(click </w:t>
      </w:r>
      <w:r w:rsidR="00BF0467" w:rsidRPr="007319EF">
        <w:rPr>
          <w:b/>
          <w:color w:val="53565A"/>
          <w:sz w:val="22"/>
        </w:rPr>
        <w:t xml:space="preserve">box </w:t>
      </w:r>
      <w:r w:rsidRPr="007319EF">
        <w:rPr>
          <w:b/>
          <w:color w:val="53565A"/>
          <w:sz w:val="22"/>
        </w:rPr>
        <w:t>to select)</w:t>
      </w:r>
    </w:p>
    <w:p w14:paraId="20A08ED0" w14:textId="10FFC35C" w:rsidR="001013B2" w:rsidRPr="00C41A2A" w:rsidRDefault="00000000">
      <w:pPr>
        <w:spacing w:after="140"/>
        <w:jc w:val="center"/>
        <w:rPr>
          <w:color w:val="CE0058"/>
          <w:sz w:val="22"/>
        </w:rPr>
      </w:pPr>
      <w:r w:rsidRPr="00C41A2A">
        <w:rPr>
          <w:b/>
          <w:color w:val="CE0058"/>
          <w:sz w:val="22"/>
        </w:rPr>
        <w:t xml:space="preserve">Monday </w:t>
      </w:r>
      <w:sdt>
        <w:sdtPr>
          <w:rPr>
            <w:b/>
            <w:color w:val="53565A"/>
            <w:sz w:val="22"/>
          </w:rPr>
          <w:id w:val="-1672715182"/>
          <w14:checkbox>
            <w14:checked w14:val="0"/>
            <w14:checkedState w14:val="00FC" w14:font="Wingdings"/>
            <w14:uncheckedState w14:val="2610" w14:font="MS Gothic"/>
          </w14:checkbox>
        </w:sdtPr>
        <w:sdtContent>
          <w:r w:rsidR="004B3E22">
            <w:rPr>
              <w:rFonts w:ascii="MS Gothic" w:eastAsia="MS Gothic" w:hAnsi="MS Gothic" w:hint="eastAsia"/>
              <w:b/>
              <w:color w:val="53565A"/>
              <w:sz w:val="22"/>
            </w:rPr>
            <w:t>☐</w:t>
          </w:r>
        </w:sdtContent>
      </w:sdt>
      <w:r w:rsidRPr="00C41A2A">
        <w:rPr>
          <w:b/>
          <w:color w:val="53565A"/>
          <w:sz w:val="22"/>
        </w:rPr>
        <w:t xml:space="preserve">      </w:t>
      </w:r>
      <w:r w:rsidRPr="00C41A2A">
        <w:rPr>
          <w:b/>
          <w:color w:val="CE0058"/>
          <w:sz w:val="22"/>
        </w:rPr>
        <w:t xml:space="preserve">Tuesday </w:t>
      </w:r>
      <w:sdt>
        <w:sdtPr>
          <w:rPr>
            <w:b/>
            <w:color w:val="53565A"/>
            <w:sz w:val="22"/>
          </w:rPr>
          <w:id w:val="-957478597"/>
          <w14:checkbox>
            <w14:checked w14:val="0"/>
            <w14:checkedState w14:val="00FC" w14:font="Wingdings"/>
            <w14:uncheckedState w14:val="2610" w14:font="MS Gothic"/>
          </w14:checkbox>
        </w:sdtPr>
        <w:sdtContent>
          <w:r w:rsidR="007D5BB4" w:rsidRPr="00C41A2A">
            <w:rPr>
              <w:rFonts w:ascii="MS Gothic" w:eastAsia="MS Gothic" w:hAnsi="MS Gothic" w:hint="eastAsia"/>
              <w:b/>
              <w:color w:val="53565A"/>
              <w:sz w:val="22"/>
            </w:rPr>
            <w:t>☐</w:t>
          </w:r>
        </w:sdtContent>
      </w:sdt>
      <w:r w:rsidRPr="00C41A2A">
        <w:rPr>
          <w:b/>
          <w:color w:val="53565A"/>
          <w:sz w:val="22"/>
        </w:rPr>
        <w:t xml:space="preserve">       </w:t>
      </w:r>
      <w:r w:rsidRPr="00C41A2A">
        <w:rPr>
          <w:b/>
          <w:color w:val="CE0058"/>
          <w:sz w:val="22"/>
        </w:rPr>
        <w:t xml:space="preserve">Wednesday </w:t>
      </w:r>
      <w:sdt>
        <w:sdtPr>
          <w:rPr>
            <w:b/>
            <w:color w:val="53565A"/>
            <w:sz w:val="22"/>
          </w:rPr>
          <w:id w:val="1863012329"/>
          <w14:checkbox>
            <w14:checked w14:val="0"/>
            <w14:checkedState w14:val="00FC" w14:font="Wingdings"/>
            <w14:uncheckedState w14:val="2610" w14:font="MS Gothic"/>
          </w14:checkbox>
        </w:sdtPr>
        <w:sdtContent>
          <w:r w:rsidR="007D5BB4" w:rsidRPr="00C41A2A">
            <w:rPr>
              <w:rFonts w:ascii="MS Gothic" w:eastAsia="MS Gothic" w:hAnsi="MS Gothic" w:hint="eastAsia"/>
              <w:b/>
              <w:color w:val="53565A"/>
              <w:sz w:val="22"/>
            </w:rPr>
            <w:t>☐</w:t>
          </w:r>
        </w:sdtContent>
      </w:sdt>
      <w:r w:rsidRPr="00C41A2A">
        <w:rPr>
          <w:b/>
          <w:color w:val="53565A"/>
          <w:sz w:val="22"/>
        </w:rPr>
        <w:t xml:space="preserve">      </w:t>
      </w:r>
      <w:r w:rsidRPr="00C41A2A">
        <w:rPr>
          <w:b/>
          <w:color w:val="CE0058"/>
          <w:sz w:val="22"/>
        </w:rPr>
        <w:t xml:space="preserve">Thursday </w:t>
      </w:r>
      <w:sdt>
        <w:sdtPr>
          <w:rPr>
            <w:b/>
            <w:color w:val="53565A"/>
            <w:sz w:val="22"/>
          </w:rPr>
          <w:id w:val="-970437702"/>
          <w14:checkbox>
            <w14:checked w14:val="0"/>
            <w14:checkedState w14:val="00FC" w14:font="Wingdings"/>
            <w14:uncheckedState w14:val="2610" w14:font="MS Gothic"/>
          </w14:checkbox>
        </w:sdtPr>
        <w:sdtContent>
          <w:r w:rsidR="007D5BB4" w:rsidRPr="00C41A2A">
            <w:rPr>
              <w:rFonts w:ascii="MS Gothic" w:eastAsia="MS Gothic" w:hAnsi="MS Gothic" w:hint="eastAsia"/>
              <w:b/>
              <w:color w:val="53565A"/>
              <w:sz w:val="22"/>
            </w:rPr>
            <w:t>☐</w:t>
          </w:r>
        </w:sdtContent>
      </w:sdt>
      <w:r w:rsidRPr="00C41A2A">
        <w:rPr>
          <w:b/>
          <w:color w:val="53565A"/>
          <w:sz w:val="22"/>
        </w:rPr>
        <w:t xml:space="preserve">       </w:t>
      </w:r>
      <w:r w:rsidRPr="00C41A2A">
        <w:rPr>
          <w:b/>
          <w:color w:val="CE0058"/>
          <w:sz w:val="22"/>
        </w:rPr>
        <w:t xml:space="preserve">Friday </w:t>
      </w:r>
      <w:sdt>
        <w:sdtPr>
          <w:rPr>
            <w:b/>
            <w:color w:val="53565A"/>
            <w:sz w:val="22"/>
          </w:rPr>
          <w:id w:val="-2123757122"/>
          <w14:checkbox>
            <w14:checked w14:val="0"/>
            <w14:checkedState w14:val="00FC" w14:font="Wingdings"/>
            <w14:uncheckedState w14:val="2610" w14:font="MS Gothic"/>
          </w14:checkbox>
        </w:sdtPr>
        <w:sdtContent>
          <w:r w:rsidR="007D5BB4" w:rsidRPr="00C41A2A">
            <w:rPr>
              <w:rFonts w:ascii="MS Gothic" w:eastAsia="MS Gothic" w:hAnsi="MS Gothic" w:hint="eastAsia"/>
              <w:b/>
              <w:color w:val="53565A"/>
              <w:sz w:val="22"/>
            </w:rPr>
            <w:t>☐</w:t>
          </w:r>
        </w:sdtContent>
      </w:sdt>
    </w:p>
    <w:p w14:paraId="08796B61" w14:textId="77777777" w:rsidR="00FD66BC" w:rsidRDefault="00FD66BC">
      <w:pPr>
        <w:spacing w:after="20"/>
        <w:rPr>
          <w:b/>
          <w:color w:val="53565A"/>
          <w:sz w:val="22"/>
        </w:rPr>
      </w:pPr>
    </w:p>
    <w:p w14:paraId="39D3D340" w14:textId="77777777" w:rsidR="00FD66BC" w:rsidRDefault="00FD66BC">
      <w:pPr>
        <w:spacing w:after="20"/>
        <w:rPr>
          <w:b/>
          <w:color w:val="53565A"/>
          <w:sz w:val="22"/>
        </w:rPr>
      </w:pPr>
    </w:p>
    <w:p w14:paraId="4A9374F7" w14:textId="0AECCF27" w:rsidR="001013B2" w:rsidRPr="00C41A2A" w:rsidRDefault="00000000">
      <w:pPr>
        <w:spacing w:after="20"/>
        <w:rPr>
          <w:color w:val="53565A"/>
          <w:sz w:val="22"/>
        </w:rPr>
      </w:pPr>
      <w:r w:rsidRPr="00C41A2A">
        <w:rPr>
          <w:b/>
          <w:color w:val="53565A"/>
          <w:sz w:val="22"/>
        </w:rPr>
        <w:t>Please list any other relevant information regarding your work schedule below:</w:t>
      </w:r>
    </w:p>
    <w:p w14:paraId="15FAF270" w14:textId="77777777" w:rsidR="001013B2" w:rsidRPr="00195E6B" w:rsidRDefault="00000000" w:rsidP="00C41A2A">
      <w:pPr>
        <w:spacing w:after="20"/>
        <w:rPr>
          <w:sz w:val="22"/>
        </w:rPr>
      </w:pPr>
      <w:r w:rsidRPr="00195E6B">
        <w:rPr>
          <w:color w:val="6A005F"/>
          <w:sz w:val="22"/>
        </w:rPr>
        <w:t> </w:t>
      </w:r>
    </w:p>
    <w:p w14:paraId="7FD6FB6F" w14:textId="469B418B" w:rsidR="00195E6B" w:rsidRPr="00195E6B" w:rsidRDefault="00000000" w:rsidP="00C41A2A">
      <w:pPr>
        <w:spacing w:after="20"/>
        <w:rPr>
          <w:color w:val="6A005F"/>
          <w:sz w:val="22"/>
        </w:rPr>
      </w:pPr>
      <w:r w:rsidRPr="00195E6B">
        <w:rPr>
          <w:color w:val="6A005F"/>
          <w:sz w:val="22"/>
        </w:rPr>
        <w:t> </w:t>
      </w:r>
    </w:p>
    <w:p w14:paraId="2AF272DC" w14:textId="77777777" w:rsidR="00C41A2A" w:rsidRDefault="00C41A2A" w:rsidP="00C41A2A">
      <w:pPr>
        <w:spacing w:after="20"/>
        <w:rPr>
          <w:b/>
          <w:color w:val="CE0058"/>
          <w:sz w:val="22"/>
        </w:rPr>
      </w:pPr>
    </w:p>
    <w:p w14:paraId="1CFEA78A" w14:textId="77777777" w:rsidR="00FD66BC" w:rsidRDefault="00FD66BC" w:rsidP="00C41A2A">
      <w:pPr>
        <w:spacing w:after="20"/>
        <w:rPr>
          <w:b/>
          <w:color w:val="CE0058"/>
          <w:sz w:val="22"/>
        </w:rPr>
      </w:pPr>
    </w:p>
    <w:p w14:paraId="59B4A3FD" w14:textId="77777777" w:rsidR="00FD66BC" w:rsidRDefault="00FD66BC" w:rsidP="00C41A2A">
      <w:pPr>
        <w:spacing w:after="20"/>
        <w:rPr>
          <w:b/>
          <w:color w:val="53565A"/>
          <w:sz w:val="22"/>
        </w:rPr>
      </w:pPr>
    </w:p>
    <w:p w14:paraId="717D3DF7" w14:textId="77777777" w:rsidR="00FD66BC" w:rsidRDefault="00FD66BC" w:rsidP="00C41A2A">
      <w:pPr>
        <w:spacing w:after="20"/>
        <w:rPr>
          <w:b/>
          <w:color w:val="53565A"/>
          <w:sz w:val="22"/>
        </w:rPr>
      </w:pPr>
    </w:p>
    <w:p w14:paraId="1A5BC5B3" w14:textId="77777777" w:rsidR="00FD66BC" w:rsidRDefault="00FD66BC" w:rsidP="00C41A2A">
      <w:pPr>
        <w:spacing w:after="20"/>
        <w:rPr>
          <w:b/>
          <w:color w:val="53565A"/>
          <w:sz w:val="22"/>
        </w:rPr>
      </w:pPr>
    </w:p>
    <w:p w14:paraId="4104D874" w14:textId="4E0469CD" w:rsidR="00195E6B" w:rsidRPr="00BF0467" w:rsidRDefault="00000000" w:rsidP="00C41A2A">
      <w:pPr>
        <w:spacing w:after="20"/>
        <w:rPr>
          <w:color w:val="CE0058"/>
          <w:sz w:val="22"/>
        </w:rPr>
      </w:pPr>
      <w:r w:rsidRPr="00C41A2A">
        <w:rPr>
          <w:b/>
          <w:color w:val="53565A"/>
          <w:sz w:val="22"/>
        </w:rPr>
        <w:t>&gt;&gt; Additional Requirements</w:t>
      </w:r>
      <w:r w:rsidR="00BF0467" w:rsidRPr="00C41A2A">
        <w:rPr>
          <w:b/>
          <w:color w:val="53565A"/>
          <w:sz w:val="22"/>
        </w:rPr>
        <w:t>:</w:t>
      </w:r>
      <w:r w:rsidRPr="00C41A2A">
        <w:rPr>
          <w:b/>
          <w:color w:val="53565A"/>
          <w:sz w:val="22"/>
        </w:rPr>
        <w:t xml:space="preserve"> </w:t>
      </w:r>
      <w:r w:rsidRPr="00BF0467">
        <w:rPr>
          <w:color w:val="CE0058"/>
          <w:sz w:val="22"/>
        </w:rPr>
        <w:t>Please provide any additional requirements below:</w:t>
      </w:r>
    </w:p>
    <w:p w14:paraId="4FE4996F" w14:textId="38171836" w:rsidR="00195E6B" w:rsidRDefault="00C41A2A" w:rsidP="00C41A2A">
      <w:pPr>
        <w:spacing w:after="20"/>
        <w:rPr>
          <w:color w:val="6A005F"/>
          <w:sz w:val="22"/>
        </w:rPr>
      </w:pPr>
      <w:r w:rsidRPr="008C1F38">
        <w:rPr>
          <w:b/>
          <w:noProof/>
          <w:color w:val="CE0058"/>
          <w:sz w:val="22"/>
        </w:rPr>
        <mc:AlternateContent>
          <mc:Choice Requires="wps">
            <w:drawing>
              <wp:anchor distT="45720" distB="45720" distL="114300" distR="114300" simplePos="0" relativeHeight="251706880" behindDoc="0" locked="1" layoutInCell="1" allowOverlap="1" wp14:anchorId="276CF20E" wp14:editId="1A9DB2E3">
                <wp:simplePos x="0" y="0"/>
                <wp:positionH relativeFrom="margin">
                  <wp:align>left</wp:align>
                </wp:positionH>
                <wp:positionV relativeFrom="paragraph">
                  <wp:posOffset>-1374775</wp:posOffset>
                </wp:positionV>
                <wp:extent cx="6850380" cy="673100"/>
                <wp:effectExtent l="0" t="0" r="26670" b="12700"/>
                <wp:wrapNone/>
                <wp:docPr id="2451436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0380" cy="67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5C1DB7" w14:textId="77777777" w:rsidR="00C41A2A" w:rsidRPr="00FD66BC" w:rsidRDefault="00C41A2A" w:rsidP="00C41A2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36000" rIns="9144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6CF20E" id="_x0000_s1033" type="#_x0000_t202" style="position:absolute;margin-left:0;margin-top:-108.25pt;width:539.4pt;height:53pt;z-index:25170688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">
                <v:textbox inset=",1mm,,0">
                  <w:txbxContent>
                    <w:p w14:paraId="3B5C1DB7" w14:textId="77777777" w:rsidR="00C41A2A" w:rsidRPr="00FD66BC" w:rsidRDefault="00C41A2A" w:rsidP="00C41A2A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  <w10:anchorlock/>
              </v:shape>
            </w:pict>
          </mc:Fallback>
        </mc:AlternateContent>
      </w:r>
      <w:r w:rsidR="00BF0467" w:rsidRPr="008C1F38">
        <w:rPr>
          <w:b/>
          <w:noProof/>
          <w:color w:val="CE0058"/>
          <w:sz w:val="22"/>
        </w:rPr>
        <mc:AlternateContent>
          <mc:Choice Requires="wps">
            <w:drawing>
              <wp:anchor distT="45720" distB="45720" distL="114300" distR="114300" simplePos="0" relativeHeight="251681280" behindDoc="0" locked="1" layoutInCell="1" allowOverlap="1" wp14:anchorId="28C11345" wp14:editId="09558256">
                <wp:simplePos x="0" y="0"/>
                <wp:positionH relativeFrom="column">
                  <wp:posOffset>19050</wp:posOffset>
                </wp:positionH>
                <wp:positionV relativeFrom="paragraph">
                  <wp:posOffset>176530</wp:posOffset>
                </wp:positionV>
                <wp:extent cx="6850380" cy="692150"/>
                <wp:effectExtent l="0" t="0" r="26670" b="12700"/>
                <wp:wrapNone/>
                <wp:docPr id="5040497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0380" cy="692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3DC49C" w14:textId="6A147C79" w:rsidR="00BF0467" w:rsidRPr="00FD66BC" w:rsidRDefault="00BF0467" w:rsidP="00BF046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36000" rIns="9144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C11345" id="_x0000_s1034" type="#_x0000_t202" style="position:absolute;margin-left:1.5pt;margin-top:13.9pt;width:539.4pt;height:54.5pt;z-index:251681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">
                <v:textbox inset=",1mm,,0">
                  <w:txbxContent>
                    <w:p w14:paraId="093DC49C" w14:textId="6A147C79" w:rsidR="00BF0467" w:rsidRPr="00FD66BC" w:rsidRDefault="00BF0467" w:rsidP="00BF0467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66DE4C7" w14:textId="77777777" w:rsidR="00195E6B" w:rsidRDefault="00195E6B" w:rsidP="00C41A2A">
      <w:pPr>
        <w:spacing w:after="20"/>
        <w:rPr>
          <w:color w:val="6A005F"/>
          <w:sz w:val="22"/>
        </w:rPr>
      </w:pPr>
    </w:p>
    <w:p w14:paraId="57CD947F" w14:textId="77777777" w:rsidR="00195E6B" w:rsidRPr="00195E6B" w:rsidRDefault="00195E6B" w:rsidP="00C41A2A">
      <w:pPr>
        <w:spacing w:after="20"/>
        <w:rPr>
          <w:color w:val="6A005F"/>
          <w:sz w:val="22"/>
        </w:rPr>
      </w:pPr>
    </w:p>
    <w:p w14:paraId="34C5446C" w14:textId="77777777" w:rsidR="00C41A2A" w:rsidRPr="00195E6B" w:rsidRDefault="00C41A2A" w:rsidP="00C41A2A">
      <w:pPr>
        <w:spacing w:after="20"/>
        <w:rPr>
          <w:color w:val="6A005F"/>
          <w:sz w:val="22"/>
        </w:rPr>
      </w:pPr>
    </w:p>
    <w:p w14:paraId="0B9009A2" w14:textId="77777777" w:rsidR="004B3E22" w:rsidRDefault="004B3E22" w:rsidP="00C41A2A">
      <w:pPr>
        <w:spacing w:after="20"/>
        <w:rPr>
          <w:b/>
          <w:color w:val="53565A"/>
          <w:sz w:val="22"/>
        </w:rPr>
      </w:pPr>
    </w:p>
    <w:p w14:paraId="194E8970" w14:textId="77777777" w:rsidR="004B3E22" w:rsidRDefault="004B3E22" w:rsidP="00C41A2A">
      <w:pPr>
        <w:spacing w:after="20"/>
        <w:rPr>
          <w:b/>
          <w:color w:val="53565A"/>
          <w:sz w:val="22"/>
        </w:rPr>
      </w:pPr>
    </w:p>
    <w:p w14:paraId="14E89919" w14:textId="51D517B5" w:rsidR="00195E6B" w:rsidRPr="00C41A2A" w:rsidRDefault="00000000" w:rsidP="004B3E22">
      <w:pPr>
        <w:spacing w:after="20" w:line="360" w:lineRule="auto"/>
        <w:rPr>
          <w:color w:val="CE0058"/>
          <w:sz w:val="22"/>
        </w:rPr>
      </w:pPr>
      <w:r w:rsidRPr="00C41A2A">
        <w:rPr>
          <w:b/>
          <w:color w:val="53565A"/>
          <w:sz w:val="22"/>
        </w:rPr>
        <w:lastRenderedPageBreak/>
        <w:t xml:space="preserve">&gt;&gt; Reasons For Application </w:t>
      </w:r>
      <w:r w:rsidRPr="00C41A2A">
        <w:rPr>
          <w:color w:val="CE0058"/>
          <w:sz w:val="22"/>
        </w:rPr>
        <w:t>Please outline the reasons you would like to have a place on the Pathway Programme.  (250 words maximum)</w:t>
      </w:r>
    </w:p>
    <w:p w14:paraId="2E124E4D" w14:textId="620F1329" w:rsidR="00195E6B" w:rsidRDefault="004B3E22" w:rsidP="00C41A2A">
      <w:pPr>
        <w:spacing w:after="20"/>
        <w:rPr>
          <w:sz w:val="22"/>
        </w:rPr>
      </w:pPr>
      <w:r w:rsidRPr="008C1F38">
        <w:rPr>
          <w:b/>
          <w:noProof/>
          <w:color w:val="CE0058"/>
          <w:sz w:val="22"/>
        </w:rPr>
        <mc:AlternateContent>
          <mc:Choice Requires="wps">
            <w:drawing>
              <wp:anchor distT="45720" distB="45720" distL="114300" distR="114300" simplePos="0" relativeHeight="251708928" behindDoc="0" locked="1" layoutInCell="1" allowOverlap="1" wp14:anchorId="775EED39" wp14:editId="493FB152">
                <wp:simplePos x="0" y="0"/>
                <wp:positionH relativeFrom="margin">
                  <wp:align>left</wp:align>
                </wp:positionH>
                <wp:positionV relativeFrom="paragraph">
                  <wp:posOffset>43180</wp:posOffset>
                </wp:positionV>
                <wp:extent cx="6850380" cy="4121150"/>
                <wp:effectExtent l="0" t="0" r="26670" b="12700"/>
                <wp:wrapNone/>
                <wp:docPr id="1009082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0380" cy="412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EC5895" w14:textId="69D8E7F1" w:rsidR="004B3E22" w:rsidRPr="004B3E22" w:rsidRDefault="004B3E22" w:rsidP="004B3E2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36000" rIns="9144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5EED39" id="_x0000_s1035" type="#_x0000_t202" style="position:absolute;margin-left:0;margin-top:3.4pt;width:539.4pt;height:324.5pt;z-index:2517089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">
                <v:textbox inset=",1mm,,0">
                  <w:txbxContent>
                    <w:p w14:paraId="0CEC5895" w14:textId="69D8E7F1" w:rsidR="004B3E22" w:rsidRPr="004B3E22" w:rsidRDefault="004B3E22" w:rsidP="004B3E22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  <w10:anchorlock/>
              </v:shape>
            </w:pict>
          </mc:Fallback>
        </mc:AlternateContent>
      </w:r>
    </w:p>
    <w:p w14:paraId="3E87DA60" w14:textId="77777777" w:rsidR="00195E6B" w:rsidRDefault="00195E6B" w:rsidP="00C41A2A">
      <w:pPr>
        <w:spacing w:after="20"/>
        <w:rPr>
          <w:sz w:val="22"/>
        </w:rPr>
      </w:pPr>
    </w:p>
    <w:p w14:paraId="09CAB192" w14:textId="77777777" w:rsidR="00195E6B" w:rsidRDefault="00195E6B" w:rsidP="00C41A2A">
      <w:pPr>
        <w:spacing w:after="20"/>
        <w:rPr>
          <w:sz w:val="22"/>
        </w:rPr>
      </w:pPr>
    </w:p>
    <w:p w14:paraId="7B9460F8" w14:textId="77777777" w:rsidR="00195E6B" w:rsidRDefault="00195E6B" w:rsidP="00C41A2A">
      <w:pPr>
        <w:spacing w:after="20"/>
        <w:rPr>
          <w:sz w:val="22"/>
        </w:rPr>
      </w:pPr>
    </w:p>
    <w:p w14:paraId="1E85B309" w14:textId="77777777" w:rsidR="00195E6B" w:rsidRDefault="00195E6B" w:rsidP="00C41A2A">
      <w:pPr>
        <w:spacing w:after="20"/>
        <w:rPr>
          <w:sz w:val="22"/>
        </w:rPr>
      </w:pPr>
    </w:p>
    <w:p w14:paraId="3F152D95" w14:textId="77777777" w:rsidR="00195E6B" w:rsidRDefault="00195E6B" w:rsidP="00C41A2A">
      <w:pPr>
        <w:spacing w:after="20"/>
        <w:rPr>
          <w:sz w:val="22"/>
        </w:rPr>
      </w:pPr>
    </w:p>
    <w:p w14:paraId="6E2736C1" w14:textId="77777777" w:rsidR="00195E6B" w:rsidRPr="00195E6B" w:rsidRDefault="00195E6B" w:rsidP="00C41A2A">
      <w:pPr>
        <w:spacing w:after="20"/>
        <w:rPr>
          <w:sz w:val="22"/>
        </w:rPr>
      </w:pPr>
    </w:p>
    <w:p w14:paraId="7098B5CC" w14:textId="77777777" w:rsidR="00195E6B" w:rsidRDefault="00195E6B" w:rsidP="00C41A2A">
      <w:pPr>
        <w:spacing w:after="20"/>
        <w:rPr>
          <w:sz w:val="22"/>
        </w:rPr>
      </w:pPr>
    </w:p>
    <w:p w14:paraId="150AEF73" w14:textId="77777777" w:rsidR="00BF0467" w:rsidRDefault="00BF0467" w:rsidP="00C41A2A">
      <w:pPr>
        <w:spacing w:after="20"/>
        <w:rPr>
          <w:sz w:val="22"/>
        </w:rPr>
      </w:pPr>
    </w:p>
    <w:p w14:paraId="4EE0B024" w14:textId="77777777" w:rsidR="00BF0467" w:rsidRDefault="00BF0467" w:rsidP="00C41A2A">
      <w:pPr>
        <w:spacing w:after="20"/>
        <w:rPr>
          <w:sz w:val="22"/>
        </w:rPr>
      </w:pPr>
    </w:p>
    <w:p w14:paraId="5C035ED0" w14:textId="77777777" w:rsidR="00BF0467" w:rsidRPr="00195E6B" w:rsidRDefault="00BF0467" w:rsidP="00C41A2A">
      <w:pPr>
        <w:spacing w:after="20"/>
        <w:rPr>
          <w:sz w:val="22"/>
        </w:rPr>
      </w:pPr>
    </w:p>
    <w:p w14:paraId="06066B17" w14:textId="77777777" w:rsidR="004B3E22" w:rsidRDefault="004B3E22" w:rsidP="00C41A2A">
      <w:pPr>
        <w:spacing w:after="20"/>
        <w:rPr>
          <w:b/>
          <w:color w:val="CE0058"/>
          <w:sz w:val="22"/>
        </w:rPr>
      </w:pPr>
    </w:p>
    <w:p w14:paraId="209747D0" w14:textId="77777777" w:rsidR="004B3E22" w:rsidRDefault="004B3E22" w:rsidP="00C41A2A">
      <w:pPr>
        <w:spacing w:after="20"/>
        <w:rPr>
          <w:b/>
          <w:color w:val="CE0058"/>
          <w:sz w:val="22"/>
        </w:rPr>
      </w:pPr>
    </w:p>
    <w:p w14:paraId="416E9813" w14:textId="77777777" w:rsidR="004B3E22" w:rsidRDefault="004B3E22" w:rsidP="00C41A2A">
      <w:pPr>
        <w:spacing w:after="20"/>
        <w:rPr>
          <w:b/>
          <w:color w:val="CE0058"/>
          <w:sz w:val="22"/>
        </w:rPr>
      </w:pPr>
    </w:p>
    <w:p w14:paraId="311FDAAA" w14:textId="77777777" w:rsidR="004B3E22" w:rsidRDefault="004B3E22" w:rsidP="00C41A2A">
      <w:pPr>
        <w:spacing w:after="20"/>
        <w:rPr>
          <w:b/>
          <w:color w:val="CE0058"/>
          <w:sz w:val="22"/>
        </w:rPr>
      </w:pPr>
    </w:p>
    <w:p w14:paraId="61FA6B69" w14:textId="77777777" w:rsidR="004B3E22" w:rsidRDefault="004B3E22" w:rsidP="00C41A2A">
      <w:pPr>
        <w:spacing w:after="20"/>
        <w:rPr>
          <w:b/>
          <w:color w:val="CE0058"/>
          <w:sz w:val="22"/>
        </w:rPr>
      </w:pPr>
    </w:p>
    <w:p w14:paraId="59749502" w14:textId="77777777" w:rsidR="004B3E22" w:rsidRDefault="004B3E22" w:rsidP="00C41A2A">
      <w:pPr>
        <w:spacing w:after="20"/>
        <w:rPr>
          <w:b/>
          <w:color w:val="CE0058"/>
          <w:sz w:val="22"/>
        </w:rPr>
      </w:pPr>
    </w:p>
    <w:p w14:paraId="5B931D4C" w14:textId="77777777" w:rsidR="004B3E22" w:rsidRDefault="004B3E22" w:rsidP="00C41A2A">
      <w:pPr>
        <w:spacing w:after="20"/>
        <w:rPr>
          <w:b/>
          <w:color w:val="CE0058"/>
          <w:sz w:val="22"/>
        </w:rPr>
      </w:pPr>
    </w:p>
    <w:p w14:paraId="317D801B" w14:textId="77777777" w:rsidR="004B3E22" w:rsidRDefault="004B3E22" w:rsidP="00C41A2A">
      <w:pPr>
        <w:spacing w:after="20"/>
        <w:rPr>
          <w:b/>
          <w:color w:val="CE0058"/>
          <w:sz w:val="22"/>
        </w:rPr>
      </w:pPr>
    </w:p>
    <w:p w14:paraId="747BAC8B" w14:textId="77777777" w:rsidR="004B3E22" w:rsidRDefault="004B3E22" w:rsidP="00C41A2A">
      <w:pPr>
        <w:spacing w:after="20"/>
        <w:rPr>
          <w:b/>
          <w:color w:val="CE0058"/>
          <w:sz w:val="22"/>
        </w:rPr>
      </w:pPr>
    </w:p>
    <w:p w14:paraId="12A3B8EA" w14:textId="77777777" w:rsidR="004B3E22" w:rsidRDefault="004B3E22" w:rsidP="00C41A2A">
      <w:pPr>
        <w:spacing w:after="20"/>
        <w:rPr>
          <w:b/>
          <w:color w:val="CE0058"/>
          <w:sz w:val="22"/>
        </w:rPr>
      </w:pPr>
    </w:p>
    <w:p w14:paraId="5F730A7F" w14:textId="77777777" w:rsidR="004B3E22" w:rsidRDefault="004B3E22" w:rsidP="00C41A2A">
      <w:pPr>
        <w:spacing w:after="20"/>
        <w:rPr>
          <w:b/>
          <w:color w:val="CE0058"/>
          <w:sz w:val="22"/>
        </w:rPr>
      </w:pPr>
    </w:p>
    <w:p w14:paraId="0A379916" w14:textId="77777777" w:rsidR="004B3E22" w:rsidRDefault="004B3E22" w:rsidP="00C41A2A">
      <w:pPr>
        <w:spacing w:after="20"/>
        <w:rPr>
          <w:b/>
          <w:color w:val="CE0058"/>
          <w:sz w:val="22"/>
        </w:rPr>
      </w:pPr>
    </w:p>
    <w:p w14:paraId="467E684C" w14:textId="7805F988" w:rsidR="00195E6B" w:rsidRPr="00C41A2A" w:rsidRDefault="004146B3" w:rsidP="00C41A2A">
      <w:pPr>
        <w:spacing w:after="20"/>
        <w:rPr>
          <w:b/>
          <w:color w:val="CE0058"/>
          <w:sz w:val="22"/>
        </w:rPr>
      </w:pPr>
      <w:r w:rsidRPr="00C41A2A">
        <w:rPr>
          <w:b/>
          <w:noProof/>
          <w:color w:val="CE0058"/>
          <w:sz w:val="22"/>
        </w:rPr>
        <mc:AlternateContent>
          <mc:Choice Requires="wps">
            <w:drawing>
              <wp:anchor distT="45720" distB="45720" distL="114300" distR="114300" simplePos="0" relativeHeight="251700736" behindDoc="0" locked="1" layoutInCell="1" allowOverlap="1" wp14:anchorId="386D0932" wp14:editId="4A8B1F6D">
                <wp:simplePos x="0" y="0"/>
                <wp:positionH relativeFrom="column">
                  <wp:posOffset>5008880</wp:posOffset>
                </wp:positionH>
                <wp:positionV relativeFrom="paragraph">
                  <wp:posOffset>730885</wp:posOffset>
                </wp:positionV>
                <wp:extent cx="1799590" cy="208280"/>
                <wp:effectExtent l="0" t="0" r="10160" b="20320"/>
                <wp:wrapNone/>
                <wp:docPr id="2011085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208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DF0F91" w14:textId="77777777" w:rsidR="004146B3" w:rsidRPr="004B3E22" w:rsidRDefault="004146B3" w:rsidP="004146B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36000" rIns="91440" bIns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6D0932" id="_x0000_s1036" type="#_x0000_t202" style="position:absolute;margin-left:394.4pt;margin-top:57.55pt;width:141.7pt;height:16.4pt;z-index:251700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">
                <v:textbox inset=",1mm,,0">
                  <w:txbxContent>
                    <w:p w14:paraId="64DF0F91" w14:textId="77777777" w:rsidR="004146B3" w:rsidRPr="004B3E22" w:rsidRDefault="004146B3" w:rsidP="004146B3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C41A2A">
        <w:rPr>
          <w:b/>
          <w:noProof/>
          <w:color w:val="CE0058"/>
          <w:sz w:val="22"/>
        </w:rPr>
        <mc:AlternateContent>
          <mc:Choice Requires="wps">
            <w:drawing>
              <wp:anchor distT="45720" distB="45720" distL="114300" distR="114300" simplePos="0" relativeHeight="251696640" behindDoc="0" locked="1" layoutInCell="1" allowOverlap="1" wp14:anchorId="798710CD" wp14:editId="1F8977FF">
                <wp:simplePos x="0" y="0"/>
                <wp:positionH relativeFrom="column">
                  <wp:posOffset>1562100</wp:posOffset>
                </wp:positionH>
                <wp:positionV relativeFrom="paragraph">
                  <wp:posOffset>507365</wp:posOffset>
                </wp:positionV>
                <wp:extent cx="2818765" cy="431800"/>
                <wp:effectExtent l="0" t="0" r="19685" b="25400"/>
                <wp:wrapNone/>
                <wp:docPr id="14597164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876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B225E4" w14:textId="77777777" w:rsidR="004146B3" w:rsidRPr="00BF0467" w:rsidRDefault="004146B3" w:rsidP="004146B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36000" rIns="91440" bIns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8710CD" id="_x0000_s1037" type="#_x0000_t202" style="position:absolute;margin-left:123pt;margin-top:39.95pt;width:221.95pt;height:34pt;z-index:251696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">
                <v:textbox inset=",1mm,,0">
                  <w:txbxContent>
                    <w:p w14:paraId="5DB225E4" w14:textId="77777777" w:rsidR="004146B3" w:rsidRPr="00BF0467" w:rsidRDefault="004146B3" w:rsidP="004146B3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C41A2A">
        <w:rPr>
          <w:b/>
          <w:noProof/>
          <w:color w:val="CE0058"/>
          <w:sz w:val="22"/>
        </w:rPr>
        <mc:AlternateContent>
          <mc:Choice Requires="wps">
            <w:drawing>
              <wp:anchor distT="45720" distB="45720" distL="114300" distR="114300" simplePos="0" relativeHeight="251691520" behindDoc="0" locked="1" layoutInCell="1" allowOverlap="1" wp14:anchorId="58C24045" wp14:editId="640BDE21">
                <wp:simplePos x="0" y="0"/>
                <wp:positionH relativeFrom="column">
                  <wp:posOffset>1244600</wp:posOffset>
                </wp:positionH>
                <wp:positionV relativeFrom="paragraph">
                  <wp:posOffset>-44450</wp:posOffset>
                </wp:positionV>
                <wp:extent cx="5556250" cy="241300"/>
                <wp:effectExtent l="0" t="0" r="25400" b="25400"/>
                <wp:wrapNone/>
                <wp:docPr id="17260797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56250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93FF4E" w14:textId="1607461E" w:rsidR="004146B3" w:rsidRPr="004B3E22" w:rsidRDefault="004146B3" w:rsidP="004146B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36000" rIns="91440" bIns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C24045" id="_x0000_s1038" type="#_x0000_t202" style="position:absolute;margin-left:98pt;margin-top:-3.5pt;width:437.5pt;height:19pt;z-index:251691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">
                <v:textbox inset=",1mm,,0">
                  <w:txbxContent>
                    <w:p w14:paraId="7F93FF4E" w14:textId="1607461E" w:rsidR="004146B3" w:rsidRPr="004B3E22" w:rsidRDefault="004146B3" w:rsidP="004146B3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195E6B" w:rsidRPr="00C41A2A">
        <w:rPr>
          <w:b/>
          <w:color w:val="CE0058"/>
          <w:sz w:val="22"/>
        </w:rPr>
        <w:t>A</w:t>
      </w:r>
      <w:r w:rsidRPr="00C41A2A">
        <w:rPr>
          <w:b/>
          <w:color w:val="CE0058"/>
          <w:sz w:val="22"/>
        </w:rPr>
        <w:t>pplicant’s Name:</w:t>
      </w:r>
    </w:p>
    <w:p w14:paraId="526902C6" w14:textId="77777777" w:rsidR="00195E6B" w:rsidRPr="00C41A2A" w:rsidRDefault="00195E6B" w:rsidP="00C41A2A">
      <w:pPr>
        <w:spacing w:after="20"/>
        <w:rPr>
          <w:b/>
          <w:color w:val="CE0058"/>
          <w:sz w:val="22"/>
        </w:rPr>
      </w:pPr>
    </w:p>
    <w:p w14:paraId="5738946F" w14:textId="77777777" w:rsidR="00FD66BC" w:rsidRDefault="00FD66BC" w:rsidP="00C41A2A">
      <w:pPr>
        <w:spacing w:after="20"/>
        <w:rPr>
          <w:b/>
          <w:color w:val="CE0058"/>
          <w:sz w:val="22"/>
        </w:rPr>
      </w:pPr>
    </w:p>
    <w:p w14:paraId="49E6858F" w14:textId="77777777" w:rsidR="00FD66BC" w:rsidRDefault="00FD66BC" w:rsidP="00C41A2A">
      <w:pPr>
        <w:spacing w:after="20"/>
        <w:rPr>
          <w:b/>
          <w:color w:val="CE0058"/>
          <w:sz w:val="22"/>
        </w:rPr>
      </w:pPr>
    </w:p>
    <w:p w14:paraId="6B7012DE" w14:textId="3ED9F05A" w:rsidR="00195E6B" w:rsidRPr="00C41A2A" w:rsidRDefault="00000000" w:rsidP="00C41A2A">
      <w:pPr>
        <w:spacing w:after="20"/>
        <w:rPr>
          <w:b/>
          <w:color w:val="CE0058"/>
          <w:sz w:val="22"/>
        </w:rPr>
      </w:pPr>
      <w:r w:rsidRPr="00C41A2A">
        <w:rPr>
          <w:b/>
          <w:color w:val="CE0058"/>
          <w:sz w:val="22"/>
        </w:rPr>
        <w:t>Applicant’s Signature:</w:t>
      </w:r>
      <w:r w:rsidR="004146B3" w:rsidRPr="00C41A2A">
        <w:rPr>
          <w:b/>
          <w:color w:val="CE0058"/>
          <w:sz w:val="22"/>
        </w:rPr>
        <w:tab/>
      </w:r>
      <w:r w:rsidR="004146B3" w:rsidRPr="00C41A2A">
        <w:rPr>
          <w:b/>
          <w:color w:val="CE0058"/>
          <w:sz w:val="22"/>
        </w:rPr>
        <w:tab/>
      </w:r>
      <w:r w:rsidR="004146B3" w:rsidRPr="00C41A2A">
        <w:rPr>
          <w:b/>
          <w:color w:val="CE0058"/>
          <w:sz w:val="22"/>
        </w:rPr>
        <w:tab/>
      </w:r>
      <w:r w:rsidR="00195E6B" w:rsidRPr="00C41A2A">
        <w:rPr>
          <w:b/>
          <w:color w:val="CE0058"/>
          <w:sz w:val="22"/>
        </w:rPr>
        <w:tab/>
      </w:r>
      <w:r w:rsidR="00195E6B" w:rsidRPr="00C41A2A">
        <w:rPr>
          <w:b/>
          <w:color w:val="CE0058"/>
          <w:sz w:val="22"/>
        </w:rPr>
        <w:tab/>
      </w:r>
      <w:r w:rsidR="00195E6B" w:rsidRPr="00C41A2A">
        <w:rPr>
          <w:b/>
          <w:color w:val="CE0058"/>
          <w:sz w:val="22"/>
        </w:rPr>
        <w:tab/>
      </w:r>
      <w:r w:rsidR="00195E6B" w:rsidRPr="00C41A2A">
        <w:rPr>
          <w:b/>
          <w:color w:val="CE0058"/>
          <w:sz w:val="22"/>
        </w:rPr>
        <w:tab/>
        <w:t xml:space="preserve"> </w:t>
      </w:r>
      <w:r w:rsidRPr="00C41A2A">
        <w:rPr>
          <w:b/>
          <w:color w:val="CE0058"/>
          <w:sz w:val="22"/>
        </w:rPr>
        <w:t>Date:</w:t>
      </w:r>
    </w:p>
    <w:p w14:paraId="424BAC4A" w14:textId="77777777" w:rsidR="004B3E22" w:rsidRDefault="004B3E22" w:rsidP="00C41A2A">
      <w:pPr>
        <w:spacing w:after="20"/>
        <w:rPr>
          <w:b/>
          <w:color w:val="53565A"/>
          <w:sz w:val="22"/>
        </w:rPr>
      </w:pPr>
    </w:p>
    <w:p w14:paraId="413F771A" w14:textId="77777777" w:rsidR="004B3E22" w:rsidRDefault="004B3E22" w:rsidP="00C41A2A">
      <w:pPr>
        <w:spacing w:after="20"/>
        <w:rPr>
          <w:b/>
          <w:color w:val="53565A"/>
          <w:sz w:val="22"/>
        </w:rPr>
      </w:pPr>
    </w:p>
    <w:p w14:paraId="4A8A1BF3" w14:textId="77777777" w:rsidR="004B3E22" w:rsidRDefault="004B3E22" w:rsidP="00C41A2A">
      <w:pPr>
        <w:spacing w:after="20"/>
        <w:rPr>
          <w:b/>
          <w:color w:val="53565A"/>
          <w:sz w:val="22"/>
        </w:rPr>
      </w:pPr>
    </w:p>
    <w:p w14:paraId="6FEB5ADB" w14:textId="77777777" w:rsidR="004B3E22" w:rsidRDefault="004B3E22" w:rsidP="00C41A2A">
      <w:pPr>
        <w:spacing w:after="20"/>
        <w:rPr>
          <w:b/>
          <w:color w:val="53565A"/>
          <w:sz w:val="22"/>
        </w:rPr>
      </w:pPr>
    </w:p>
    <w:p w14:paraId="0FDF9847" w14:textId="77777777" w:rsidR="004B3E22" w:rsidRDefault="004B3E22" w:rsidP="00C41A2A">
      <w:pPr>
        <w:spacing w:after="20"/>
        <w:rPr>
          <w:b/>
          <w:color w:val="53565A"/>
          <w:sz w:val="22"/>
        </w:rPr>
      </w:pPr>
    </w:p>
    <w:p w14:paraId="5DC31EE6" w14:textId="77777777" w:rsidR="004B3E22" w:rsidRDefault="004B3E22" w:rsidP="00C41A2A">
      <w:pPr>
        <w:spacing w:after="20"/>
        <w:rPr>
          <w:b/>
          <w:color w:val="53565A"/>
          <w:sz w:val="22"/>
        </w:rPr>
      </w:pPr>
    </w:p>
    <w:p w14:paraId="0EDBCD2B" w14:textId="77777777" w:rsidR="004B3E22" w:rsidRDefault="004B3E22" w:rsidP="00C41A2A">
      <w:pPr>
        <w:spacing w:after="20"/>
        <w:rPr>
          <w:b/>
          <w:color w:val="53565A"/>
          <w:sz w:val="22"/>
        </w:rPr>
      </w:pPr>
    </w:p>
    <w:p w14:paraId="2D5E8C05" w14:textId="77777777" w:rsidR="004B3E22" w:rsidRDefault="004B3E22" w:rsidP="00C41A2A">
      <w:pPr>
        <w:spacing w:after="20"/>
        <w:rPr>
          <w:b/>
          <w:color w:val="53565A"/>
          <w:sz w:val="22"/>
        </w:rPr>
      </w:pPr>
    </w:p>
    <w:p w14:paraId="54CEDAEB" w14:textId="77777777" w:rsidR="004B3E22" w:rsidRDefault="004B3E22" w:rsidP="00C41A2A">
      <w:pPr>
        <w:spacing w:after="20"/>
        <w:rPr>
          <w:b/>
          <w:color w:val="53565A"/>
          <w:sz w:val="22"/>
        </w:rPr>
      </w:pPr>
    </w:p>
    <w:p w14:paraId="11805F63" w14:textId="77777777" w:rsidR="004B3E22" w:rsidRDefault="004B3E22" w:rsidP="00C41A2A">
      <w:pPr>
        <w:spacing w:after="20"/>
        <w:rPr>
          <w:b/>
          <w:color w:val="53565A"/>
          <w:sz w:val="22"/>
        </w:rPr>
      </w:pPr>
    </w:p>
    <w:p w14:paraId="70BDED12" w14:textId="77777777" w:rsidR="004B3E22" w:rsidRDefault="004B3E22" w:rsidP="00C41A2A">
      <w:pPr>
        <w:spacing w:after="20"/>
        <w:rPr>
          <w:b/>
          <w:color w:val="53565A"/>
          <w:sz w:val="22"/>
        </w:rPr>
      </w:pPr>
    </w:p>
    <w:p w14:paraId="5452AA7E" w14:textId="77777777" w:rsidR="004B3E22" w:rsidRDefault="004B3E22" w:rsidP="00C41A2A">
      <w:pPr>
        <w:spacing w:after="20"/>
        <w:rPr>
          <w:b/>
          <w:color w:val="53565A"/>
          <w:sz w:val="22"/>
        </w:rPr>
      </w:pPr>
    </w:p>
    <w:p w14:paraId="3D32E914" w14:textId="77777777" w:rsidR="004B3E22" w:rsidRDefault="004B3E22" w:rsidP="00C41A2A">
      <w:pPr>
        <w:spacing w:after="20"/>
        <w:rPr>
          <w:b/>
          <w:color w:val="53565A"/>
          <w:sz w:val="22"/>
        </w:rPr>
      </w:pPr>
    </w:p>
    <w:p w14:paraId="44AA931D" w14:textId="77777777" w:rsidR="004B3E22" w:rsidRDefault="004B3E22" w:rsidP="00C41A2A">
      <w:pPr>
        <w:spacing w:after="20"/>
        <w:rPr>
          <w:b/>
          <w:color w:val="53565A"/>
          <w:sz w:val="22"/>
        </w:rPr>
      </w:pPr>
    </w:p>
    <w:p w14:paraId="0118A21F" w14:textId="77777777" w:rsidR="004B3E22" w:rsidRDefault="004B3E22" w:rsidP="00C41A2A">
      <w:pPr>
        <w:spacing w:after="20"/>
        <w:rPr>
          <w:b/>
          <w:color w:val="53565A"/>
          <w:sz w:val="22"/>
        </w:rPr>
      </w:pPr>
    </w:p>
    <w:p w14:paraId="6FC1B3F3" w14:textId="77777777" w:rsidR="004B3E22" w:rsidRDefault="004B3E22" w:rsidP="00C41A2A">
      <w:pPr>
        <w:spacing w:after="20"/>
        <w:rPr>
          <w:b/>
          <w:color w:val="53565A"/>
          <w:sz w:val="22"/>
        </w:rPr>
      </w:pPr>
    </w:p>
    <w:p w14:paraId="1B7206EB" w14:textId="77777777" w:rsidR="004B3E22" w:rsidRDefault="004B3E22" w:rsidP="00C41A2A">
      <w:pPr>
        <w:spacing w:after="20"/>
        <w:rPr>
          <w:b/>
          <w:color w:val="53565A"/>
          <w:sz w:val="22"/>
        </w:rPr>
      </w:pPr>
    </w:p>
    <w:p w14:paraId="513FA0B9" w14:textId="77777777" w:rsidR="004B3E22" w:rsidRDefault="004B3E22" w:rsidP="00C41A2A">
      <w:pPr>
        <w:spacing w:after="20"/>
        <w:rPr>
          <w:b/>
          <w:color w:val="53565A"/>
          <w:sz w:val="22"/>
        </w:rPr>
      </w:pPr>
    </w:p>
    <w:p w14:paraId="22793315" w14:textId="77777777" w:rsidR="004B3E22" w:rsidRDefault="004B3E22" w:rsidP="00C41A2A">
      <w:pPr>
        <w:spacing w:after="20"/>
        <w:rPr>
          <w:b/>
          <w:color w:val="53565A"/>
          <w:sz w:val="22"/>
        </w:rPr>
      </w:pPr>
    </w:p>
    <w:p w14:paraId="64E4A1C4" w14:textId="3577F609" w:rsidR="00EA26B9" w:rsidRPr="00C41A2A" w:rsidRDefault="00000000" w:rsidP="00C41A2A">
      <w:pPr>
        <w:spacing w:after="20"/>
        <w:rPr>
          <w:b/>
          <w:color w:val="53565A"/>
          <w:sz w:val="22"/>
        </w:rPr>
      </w:pPr>
      <w:r w:rsidRPr="00C41A2A">
        <w:rPr>
          <w:b/>
          <w:color w:val="53565A"/>
          <w:sz w:val="22"/>
        </w:rPr>
        <w:lastRenderedPageBreak/>
        <w:t>To be completed by the applicant’s line manager together with applicant:</w:t>
      </w:r>
    </w:p>
    <w:p w14:paraId="5F405568" w14:textId="77777777" w:rsidR="00EA26B9" w:rsidRDefault="00EA26B9" w:rsidP="00C41A2A">
      <w:pPr>
        <w:spacing w:after="20"/>
        <w:rPr>
          <w:b/>
          <w:color w:val="0046B8"/>
          <w:sz w:val="22"/>
        </w:rPr>
      </w:pPr>
    </w:p>
    <w:p w14:paraId="4F41DB27" w14:textId="1107E097" w:rsidR="00EA26B9" w:rsidRPr="00C41A2A" w:rsidRDefault="00000000" w:rsidP="00C41A2A">
      <w:pPr>
        <w:spacing w:after="20"/>
        <w:rPr>
          <w:color w:val="CE0058"/>
          <w:sz w:val="22"/>
        </w:rPr>
      </w:pPr>
      <w:r w:rsidRPr="00C41A2A">
        <w:rPr>
          <w:b/>
          <w:color w:val="CE0058"/>
          <w:sz w:val="22"/>
        </w:rPr>
        <w:t xml:space="preserve">&gt;&gt; </w:t>
      </w:r>
      <w:r w:rsidRPr="00C41A2A">
        <w:rPr>
          <w:color w:val="CE0058"/>
          <w:sz w:val="22"/>
        </w:rPr>
        <w:t>I support this application and, if successful, will provide the applicant with the agreed</w:t>
      </w:r>
      <w:r w:rsidR="002D5C0F" w:rsidRPr="00C41A2A">
        <w:rPr>
          <w:color w:val="CE0058"/>
          <w:sz w:val="22"/>
        </w:rPr>
        <w:t xml:space="preserve"> </w:t>
      </w:r>
      <w:r w:rsidRPr="00C41A2A">
        <w:rPr>
          <w:color w:val="CE0058"/>
          <w:sz w:val="22"/>
        </w:rPr>
        <w:t>time to attend this programme and provide opportunities for them to demonstrate their</w:t>
      </w:r>
      <w:r w:rsidR="002D5C0F" w:rsidRPr="00C41A2A">
        <w:rPr>
          <w:color w:val="CE0058"/>
          <w:sz w:val="22"/>
        </w:rPr>
        <w:t xml:space="preserve"> </w:t>
      </w:r>
      <w:r w:rsidRPr="00C41A2A">
        <w:rPr>
          <w:color w:val="CE0058"/>
          <w:sz w:val="22"/>
        </w:rPr>
        <w:t>learning.</w:t>
      </w:r>
    </w:p>
    <w:p w14:paraId="78A458FF" w14:textId="77777777" w:rsidR="00EA26B9" w:rsidRDefault="00EA26B9" w:rsidP="00C41A2A">
      <w:pPr>
        <w:spacing w:after="20"/>
        <w:rPr>
          <w:color w:val="CE0058"/>
          <w:sz w:val="22"/>
        </w:rPr>
      </w:pPr>
    </w:p>
    <w:p w14:paraId="1E153610" w14:textId="7A440973" w:rsidR="001013B2" w:rsidRPr="00EA26B9" w:rsidRDefault="00EA26B9" w:rsidP="00C41A2A">
      <w:pPr>
        <w:spacing w:after="20"/>
        <w:rPr>
          <w:color w:val="CE0058"/>
          <w:sz w:val="22"/>
        </w:rPr>
      </w:pPr>
      <w:r w:rsidRPr="00EA26B9">
        <w:rPr>
          <w:b/>
          <w:bCs/>
          <w:color w:val="CE0058"/>
          <w:sz w:val="22"/>
        </w:rPr>
        <w:t>&gt;&gt;</w:t>
      </w:r>
      <w:r w:rsidRPr="00EA26B9">
        <w:rPr>
          <w:color w:val="CE0058"/>
          <w:sz w:val="22"/>
        </w:rPr>
        <w:t xml:space="preserve">Please state why you think this person is a suitable candidate for the Pathway Programme. </w:t>
      </w:r>
      <w:r w:rsidR="00FD66BC">
        <w:rPr>
          <w:color w:val="CE0058"/>
          <w:sz w:val="22"/>
        </w:rPr>
        <w:t xml:space="preserve">                </w:t>
      </w:r>
      <w:r w:rsidRPr="00EA26B9">
        <w:rPr>
          <w:color w:val="CE0058"/>
          <w:sz w:val="22"/>
        </w:rPr>
        <w:t>(250 words maximum)</w:t>
      </w:r>
    </w:p>
    <w:p w14:paraId="2EC7D2B7" w14:textId="77777777" w:rsidR="001013B2" w:rsidRPr="00195E6B" w:rsidRDefault="00000000" w:rsidP="00C41A2A">
      <w:pPr>
        <w:spacing w:after="60"/>
        <w:rPr>
          <w:sz w:val="22"/>
        </w:rPr>
      </w:pPr>
      <w:r w:rsidRPr="00195E6B">
        <w:rPr>
          <w:color w:val="6A005F"/>
          <w:sz w:val="22"/>
        </w:rPr>
        <w:t> </w:t>
      </w:r>
    </w:p>
    <w:p w14:paraId="42EB7439" w14:textId="2774D464" w:rsidR="001013B2" w:rsidRPr="00195E6B" w:rsidRDefault="002D5C0F" w:rsidP="00C41A2A">
      <w:pPr>
        <w:spacing w:after="60"/>
        <w:rPr>
          <w:sz w:val="22"/>
        </w:rPr>
      </w:pPr>
      <w:r w:rsidRPr="008C1F38">
        <w:rPr>
          <w:b/>
          <w:noProof/>
          <w:color w:val="CE0058"/>
          <w:sz w:val="22"/>
        </w:rPr>
        <mc:AlternateContent>
          <mc:Choice Requires="wps">
            <w:drawing>
              <wp:anchor distT="45720" distB="45720" distL="114300" distR="114300" simplePos="0" relativeHeight="251703808" behindDoc="0" locked="1" layoutInCell="1" allowOverlap="1" wp14:anchorId="4804B5C0" wp14:editId="096E397F">
                <wp:simplePos x="0" y="0"/>
                <wp:positionH relativeFrom="column">
                  <wp:posOffset>-6350</wp:posOffset>
                </wp:positionH>
                <wp:positionV relativeFrom="paragraph">
                  <wp:posOffset>-125095</wp:posOffset>
                </wp:positionV>
                <wp:extent cx="6850380" cy="3733800"/>
                <wp:effectExtent l="0" t="0" r="26670" b="19050"/>
                <wp:wrapNone/>
                <wp:docPr id="20499627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0380" cy="3733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5F9584" w14:textId="77777777" w:rsidR="002D5C0F" w:rsidRPr="00BF0467" w:rsidRDefault="002D5C0F" w:rsidP="002D5C0F"/>
                        </w:txbxContent>
                      </wps:txbx>
                      <wps:bodyPr rot="0" vert="horz" wrap="square" lIns="91440" tIns="36000" rIns="9144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04B5C0" id="_x0000_s1039" type="#_x0000_t202" style="position:absolute;margin-left:-.5pt;margin-top:-9.85pt;width:539.4pt;height:294pt;z-index:251703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">
                <v:textbox inset=",1mm,,0">
                  <w:txbxContent>
                    <w:p w14:paraId="2D5F9584" w14:textId="77777777" w:rsidR="002D5C0F" w:rsidRPr="00BF0467" w:rsidRDefault="002D5C0F" w:rsidP="002D5C0F"/>
                  </w:txbxContent>
                </v:textbox>
                <w10:anchorlock/>
              </v:shape>
            </w:pict>
          </mc:Fallback>
        </mc:AlternateContent>
      </w:r>
      <w:r w:rsidRPr="00195E6B">
        <w:rPr>
          <w:color w:val="6A005F"/>
          <w:sz w:val="22"/>
        </w:rPr>
        <w:t> </w:t>
      </w:r>
    </w:p>
    <w:p w14:paraId="5DD67BF5" w14:textId="77777777" w:rsidR="001013B2" w:rsidRPr="00195E6B" w:rsidRDefault="00000000" w:rsidP="00C41A2A">
      <w:pPr>
        <w:spacing w:after="60"/>
        <w:rPr>
          <w:sz w:val="22"/>
        </w:rPr>
      </w:pPr>
      <w:r w:rsidRPr="00195E6B">
        <w:rPr>
          <w:color w:val="6A005F"/>
          <w:sz w:val="22"/>
        </w:rPr>
        <w:t> </w:t>
      </w:r>
    </w:p>
    <w:p w14:paraId="085E4A43" w14:textId="77777777" w:rsidR="001013B2" w:rsidRPr="00195E6B" w:rsidRDefault="00000000" w:rsidP="00C41A2A">
      <w:pPr>
        <w:spacing w:after="60"/>
        <w:rPr>
          <w:sz w:val="22"/>
        </w:rPr>
      </w:pPr>
      <w:r w:rsidRPr="00195E6B">
        <w:rPr>
          <w:color w:val="6A005F"/>
          <w:sz w:val="22"/>
        </w:rPr>
        <w:t> </w:t>
      </w:r>
    </w:p>
    <w:p w14:paraId="2453A12B" w14:textId="77777777" w:rsidR="001013B2" w:rsidRPr="00195E6B" w:rsidRDefault="00000000" w:rsidP="00C41A2A">
      <w:pPr>
        <w:spacing w:after="60"/>
        <w:rPr>
          <w:sz w:val="22"/>
        </w:rPr>
      </w:pPr>
      <w:r w:rsidRPr="00195E6B">
        <w:rPr>
          <w:color w:val="6A005F"/>
          <w:sz w:val="22"/>
        </w:rPr>
        <w:t> </w:t>
      </w:r>
    </w:p>
    <w:p w14:paraId="375AA445" w14:textId="77777777" w:rsidR="001013B2" w:rsidRPr="00195E6B" w:rsidRDefault="00000000" w:rsidP="00C41A2A">
      <w:pPr>
        <w:spacing w:after="60"/>
        <w:rPr>
          <w:sz w:val="22"/>
        </w:rPr>
      </w:pPr>
      <w:r w:rsidRPr="00195E6B">
        <w:rPr>
          <w:color w:val="6A005F"/>
          <w:sz w:val="22"/>
        </w:rPr>
        <w:t> </w:t>
      </w:r>
    </w:p>
    <w:p w14:paraId="2B5CC701" w14:textId="77777777" w:rsidR="001013B2" w:rsidRPr="00195E6B" w:rsidRDefault="00000000" w:rsidP="00C41A2A">
      <w:pPr>
        <w:spacing w:after="60"/>
        <w:rPr>
          <w:sz w:val="22"/>
        </w:rPr>
      </w:pPr>
      <w:r w:rsidRPr="00195E6B">
        <w:rPr>
          <w:color w:val="6A005F"/>
          <w:sz w:val="22"/>
        </w:rPr>
        <w:t> </w:t>
      </w:r>
    </w:p>
    <w:p w14:paraId="214B4656" w14:textId="77777777" w:rsidR="001013B2" w:rsidRPr="00195E6B" w:rsidRDefault="00000000" w:rsidP="00C41A2A">
      <w:pPr>
        <w:spacing w:after="60"/>
        <w:rPr>
          <w:sz w:val="22"/>
        </w:rPr>
      </w:pPr>
      <w:r w:rsidRPr="00195E6B">
        <w:rPr>
          <w:color w:val="6A005F"/>
          <w:sz w:val="22"/>
        </w:rPr>
        <w:t> </w:t>
      </w:r>
    </w:p>
    <w:p w14:paraId="5FD603F8" w14:textId="77777777" w:rsidR="001013B2" w:rsidRPr="00195E6B" w:rsidRDefault="00000000" w:rsidP="00C41A2A">
      <w:pPr>
        <w:spacing w:after="60"/>
        <w:rPr>
          <w:sz w:val="22"/>
        </w:rPr>
      </w:pPr>
      <w:r w:rsidRPr="00195E6B">
        <w:rPr>
          <w:color w:val="6A005F"/>
          <w:sz w:val="22"/>
        </w:rPr>
        <w:t> </w:t>
      </w:r>
    </w:p>
    <w:p w14:paraId="306319CF" w14:textId="77777777" w:rsidR="001013B2" w:rsidRPr="00195E6B" w:rsidRDefault="00000000" w:rsidP="00C41A2A">
      <w:pPr>
        <w:spacing w:after="60"/>
        <w:rPr>
          <w:sz w:val="22"/>
        </w:rPr>
      </w:pPr>
      <w:r w:rsidRPr="00195E6B">
        <w:rPr>
          <w:color w:val="6A005F"/>
          <w:sz w:val="22"/>
        </w:rPr>
        <w:t> </w:t>
      </w:r>
    </w:p>
    <w:p w14:paraId="64E1F66F" w14:textId="77777777" w:rsidR="001013B2" w:rsidRDefault="00000000" w:rsidP="00C41A2A">
      <w:pPr>
        <w:spacing w:after="60"/>
        <w:rPr>
          <w:color w:val="6A005F"/>
          <w:sz w:val="22"/>
        </w:rPr>
      </w:pPr>
      <w:r w:rsidRPr="00195E6B">
        <w:rPr>
          <w:color w:val="6A005F"/>
          <w:sz w:val="22"/>
        </w:rPr>
        <w:t> </w:t>
      </w:r>
    </w:p>
    <w:p w14:paraId="2CA73978" w14:textId="77777777" w:rsidR="002D5C0F" w:rsidRDefault="002D5C0F" w:rsidP="00C41A2A">
      <w:pPr>
        <w:spacing w:after="60"/>
        <w:rPr>
          <w:color w:val="6A005F"/>
          <w:sz w:val="22"/>
        </w:rPr>
      </w:pPr>
    </w:p>
    <w:p w14:paraId="10D47E17" w14:textId="77777777" w:rsidR="002D5C0F" w:rsidRDefault="002D5C0F" w:rsidP="00C41A2A">
      <w:pPr>
        <w:spacing w:after="60"/>
        <w:rPr>
          <w:color w:val="6A005F"/>
          <w:sz w:val="22"/>
        </w:rPr>
      </w:pPr>
    </w:p>
    <w:p w14:paraId="710E88E8" w14:textId="77777777" w:rsidR="002D5C0F" w:rsidRDefault="002D5C0F" w:rsidP="00C41A2A">
      <w:pPr>
        <w:spacing w:after="60"/>
        <w:rPr>
          <w:color w:val="6A005F"/>
          <w:sz w:val="22"/>
        </w:rPr>
      </w:pPr>
    </w:p>
    <w:p w14:paraId="09E69CD9" w14:textId="77777777" w:rsidR="002D5C0F" w:rsidRDefault="002D5C0F" w:rsidP="00C41A2A">
      <w:pPr>
        <w:spacing w:after="60"/>
        <w:rPr>
          <w:color w:val="6A005F"/>
          <w:sz w:val="22"/>
        </w:rPr>
      </w:pPr>
    </w:p>
    <w:p w14:paraId="1D62CD3E" w14:textId="77777777" w:rsidR="002D5C0F" w:rsidRDefault="002D5C0F" w:rsidP="00C41A2A">
      <w:pPr>
        <w:spacing w:after="60"/>
        <w:rPr>
          <w:color w:val="6A005F"/>
          <w:sz w:val="22"/>
        </w:rPr>
      </w:pPr>
    </w:p>
    <w:p w14:paraId="2F16F0BD" w14:textId="77777777" w:rsidR="002D5C0F" w:rsidRPr="00195E6B" w:rsidRDefault="002D5C0F" w:rsidP="00C41A2A">
      <w:pPr>
        <w:spacing w:after="60"/>
        <w:rPr>
          <w:sz w:val="22"/>
        </w:rPr>
      </w:pPr>
    </w:p>
    <w:p w14:paraId="66A9703A" w14:textId="77777777" w:rsidR="002D5C0F" w:rsidRDefault="00000000" w:rsidP="00C41A2A">
      <w:pPr>
        <w:spacing w:after="60"/>
        <w:rPr>
          <w:color w:val="6A005F"/>
          <w:sz w:val="22"/>
        </w:rPr>
      </w:pPr>
      <w:r w:rsidRPr="00195E6B">
        <w:rPr>
          <w:color w:val="6A005F"/>
          <w:sz w:val="22"/>
        </w:rPr>
        <w:t> </w:t>
      </w:r>
    </w:p>
    <w:p w14:paraId="3674AEF4" w14:textId="77777777" w:rsidR="008556E8" w:rsidRDefault="008556E8" w:rsidP="00C41A2A">
      <w:pPr>
        <w:spacing w:after="60"/>
        <w:rPr>
          <w:b/>
          <w:color w:val="CE0058"/>
          <w:sz w:val="22"/>
        </w:rPr>
      </w:pPr>
    </w:p>
    <w:p w14:paraId="2C2D12B5" w14:textId="73AE12C6" w:rsidR="002D5C0F" w:rsidRPr="00C41A2A" w:rsidRDefault="00000000" w:rsidP="00C41A2A">
      <w:pPr>
        <w:spacing w:after="60"/>
        <w:rPr>
          <w:b/>
          <w:color w:val="CE0058"/>
          <w:sz w:val="22"/>
        </w:rPr>
      </w:pPr>
      <w:r w:rsidRPr="00C41A2A">
        <w:rPr>
          <w:b/>
          <w:color w:val="CE0058"/>
          <w:sz w:val="22"/>
        </w:rPr>
        <w:t>Man</w:t>
      </w:r>
      <w:r w:rsidR="004B3E22">
        <w:rPr>
          <w:b/>
          <w:color w:val="CE0058"/>
          <w:sz w:val="22"/>
        </w:rPr>
        <w:t>a</w:t>
      </w:r>
      <w:r w:rsidRPr="00C41A2A">
        <w:rPr>
          <w:b/>
          <w:color w:val="CE0058"/>
          <w:sz w:val="22"/>
        </w:rPr>
        <w:t>ger’s Name:</w:t>
      </w:r>
    </w:p>
    <w:p w14:paraId="0DC0F534" w14:textId="77777777" w:rsidR="002D5C0F" w:rsidRDefault="002D5C0F" w:rsidP="00C41A2A">
      <w:pPr>
        <w:spacing w:after="60"/>
        <w:rPr>
          <w:b/>
          <w:color w:val="6A005F"/>
          <w:sz w:val="22"/>
        </w:rPr>
      </w:pPr>
    </w:p>
    <w:p w14:paraId="63D4A55C" w14:textId="77777777" w:rsidR="00FD66BC" w:rsidRDefault="00FD66BC" w:rsidP="00C41A2A">
      <w:pPr>
        <w:spacing w:after="60"/>
        <w:rPr>
          <w:b/>
          <w:color w:val="CE0058"/>
          <w:sz w:val="22"/>
        </w:rPr>
      </w:pPr>
    </w:p>
    <w:p w14:paraId="3630F92E" w14:textId="1F2B8687" w:rsidR="002D5C0F" w:rsidRPr="00C41A2A" w:rsidRDefault="00000000" w:rsidP="00C41A2A">
      <w:pPr>
        <w:spacing w:after="60"/>
        <w:rPr>
          <w:b/>
          <w:color w:val="CE0058"/>
          <w:sz w:val="22"/>
        </w:rPr>
      </w:pPr>
      <w:r w:rsidRPr="00C41A2A">
        <w:rPr>
          <w:b/>
          <w:color w:val="CE0058"/>
          <w:sz w:val="22"/>
        </w:rPr>
        <w:t>Manager’s Email:</w:t>
      </w:r>
    </w:p>
    <w:p w14:paraId="08B909CA" w14:textId="77777777" w:rsidR="002D5C0F" w:rsidRDefault="002D5C0F" w:rsidP="00C41A2A">
      <w:pPr>
        <w:spacing w:after="60"/>
        <w:rPr>
          <w:b/>
          <w:color w:val="6A005F"/>
          <w:sz w:val="22"/>
        </w:rPr>
      </w:pPr>
    </w:p>
    <w:p w14:paraId="64017165" w14:textId="77777777" w:rsidR="00FD66BC" w:rsidRDefault="00FD66BC" w:rsidP="00C41A2A">
      <w:pPr>
        <w:spacing w:after="60"/>
        <w:rPr>
          <w:b/>
          <w:color w:val="CE0058"/>
          <w:sz w:val="22"/>
        </w:rPr>
      </w:pPr>
    </w:p>
    <w:p w14:paraId="71976995" w14:textId="7530BA0B" w:rsidR="002D5C0F" w:rsidRPr="00C41A2A" w:rsidRDefault="00000000" w:rsidP="00C41A2A">
      <w:pPr>
        <w:spacing w:after="60"/>
        <w:rPr>
          <w:color w:val="CE0058"/>
          <w:sz w:val="22"/>
        </w:rPr>
      </w:pPr>
      <w:r w:rsidRPr="00C41A2A">
        <w:rPr>
          <w:b/>
          <w:color w:val="CE0058"/>
          <w:sz w:val="22"/>
        </w:rPr>
        <w:t>Man</w:t>
      </w:r>
      <w:r w:rsidR="004B3E22">
        <w:rPr>
          <w:b/>
          <w:color w:val="CE0058"/>
          <w:sz w:val="22"/>
        </w:rPr>
        <w:t>a</w:t>
      </w:r>
      <w:r w:rsidRPr="00C41A2A">
        <w:rPr>
          <w:b/>
          <w:color w:val="CE0058"/>
          <w:sz w:val="22"/>
        </w:rPr>
        <w:t>ger’s Signature:</w:t>
      </w:r>
      <w:r w:rsidR="002D5C0F" w:rsidRPr="00C41A2A">
        <w:rPr>
          <w:b/>
          <w:color w:val="CE0058"/>
          <w:sz w:val="22"/>
        </w:rPr>
        <w:tab/>
      </w:r>
      <w:r w:rsidR="002D5C0F" w:rsidRPr="00C41A2A">
        <w:rPr>
          <w:b/>
          <w:color w:val="CE0058"/>
          <w:sz w:val="22"/>
        </w:rPr>
        <w:tab/>
      </w:r>
      <w:r w:rsidR="002D5C0F" w:rsidRPr="00C41A2A">
        <w:rPr>
          <w:b/>
          <w:color w:val="CE0058"/>
          <w:sz w:val="22"/>
        </w:rPr>
        <w:tab/>
      </w:r>
      <w:r w:rsidR="002D5C0F" w:rsidRPr="00C41A2A">
        <w:rPr>
          <w:b/>
          <w:color w:val="CE0058"/>
          <w:sz w:val="22"/>
        </w:rPr>
        <w:tab/>
      </w:r>
      <w:r w:rsidR="002D5C0F" w:rsidRPr="00C41A2A">
        <w:rPr>
          <w:b/>
          <w:color w:val="CE0058"/>
          <w:sz w:val="22"/>
        </w:rPr>
        <w:tab/>
      </w:r>
      <w:r w:rsidR="002D5C0F" w:rsidRPr="00C41A2A">
        <w:rPr>
          <w:b/>
          <w:color w:val="CE0058"/>
          <w:sz w:val="22"/>
        </w:rPr>
        <w:tab/>
      </w:r>
      <w:r w:rsidR="002D5C0F" w:rsidRPr="00C41A2A">
        <w:rPr>
          <w:b/>
          <w:color w:val="CE0058"/>
          <w:sz w:val="22"/>
        </w:rPr>
        <w:tab/>
      </w:r>
      <w:r w:rsidRPr="00C41A2A">
        <w:rPr>
          <w:b/>
          <w:color w:val="CE0058"/>
          <w:sz w:val="22"/>
        </w:rPr>
        <w:t>Date:</w:t>
      </w:r>
      <w:r w:rsidRPr="00C41A2A">
        <w:rPr>
          <w:color w:val="CE0058"/>
          <w:sz w:val="22"/>
        </w:rPr>
        <w:t xml:space="preserve">  </w:t>
      </w:r>
    </w:p>
    <w:p w14:paraId="0744AA10" w14:textId="77777777" w:rsidR="002D5C0F" w:rsidRDefault="002D5C0F" w:rsidP="00C41A2A">
      <w:pPr>
        <w:spacing w:after="60"/>
        <w:rPr>
          <w:b/>
          <w:color w:val="C00000"/>
          <w:sz w:val="22"/>
        </w:rPr>
      </w:pPr>
    </w:p>
    <w:p w14:paraId="7D14FD11" w14:textId="77777777" w:rsidR="008556E8" w:rsidRDefault="008556E8" w:rsidP="00C41A2A">
      <w:pPr>
        <w:spacing w:after="60"/>
        <w:rPr>
          <w:b/>
          <w:color w:val="53565A"/>
          <w:sz w:val="22"/>
        </w:rPr>
      </w:pPr>
    </w:p>
    <w:p w14:paraId="3462AC48" w14:textId="77777777" w:rsidR="008556E8" w:rsidRDefault="008556E8" w:rsidP="00C41A2A">
      <w:pPr>
        <w:spacing w:after="60"/>
        <w:rPr>
          <w:b/>
          <w:color w:val="53565A"/>
          <w:sz w:val="22"/>
        </w:rPr>
      </w:pPr>
    </w:p>
    <w:p w14:paraId="0B6AD9D0" w14:textId="4F218651" w:rsidR="002D5C0F" w:rsidRPr="008556E8" w:rsidRDefault="00000000" w:rsidP="00C41A2A">
      <w:pPr>
        <w:spacing w:after="60"/>
        <w:rPr>
          <w:b/>
          <w:color w:val="53565A"/>
          <w:sz w:val="22"/>
        </w:rPr>
      </w:pPr>
      <w:r w:rsidRPr="008556E8">
        <w:rPr>
          <w:b/>
          <w:color w:val="53565A"/>
          <w:sz w:val="22"/>
        </w:rPr>
        <w:t xml:space="preserve">The final day to submit applications </w:t>
      </w:r>
      <w:r w:rsidR="00C41A2A" w:rsidRPr="008556E8">
        <w:rPr>
          <w:b/>
          <w:color w:val="53565A"/>
          <w:sz w:val="22"/>
        </w:rPr>
        <w:t>is</w:t>
      </w:r>
      <w:r w:rsidRPr="008556E8">
        <w:rPr>
          <w:b/>
          <w:color w:val="53565A"/>
          <w:sz w:val="22"/>
        </w:rPr>
        <w:t xml:space="preserve"> Friday </w:t>
      </w:r>
      <w:r w:rsidR="00403D73">
        <w:rPr>
          <w:b/>
          <w:color w:val="53565A"/>
          <w:sz w:val="22"/>
        </w:rPr>
        <w:t>4</w:t>
      </w:r>
      <w:r w:rsidR="00403D73" w:rsidRPr="00403D73">
        <w:rPr>
          <w:b/>
          <w:color w:val="53565A"/>
          <w:sz w:val="22"/>
          <w:vertAlign w:val="superscript"/>
        </w:rPr>
        <w:t>th</w:t>
      </w:r>
      <w:r w:rsidR="00403D73">
        <w:rPr>
          <w:b/>
          <w:color w:val="53565A"/>
          <w:sz w:val="22"/>
        </w:rPr>
        <w:t xml:space="preserve"> December </w:t>
      </w:r>
      <w:r w:rsidRPr="008556E8">
        <w:rPr>
          <w:b/>
          <w:color w:val="53565A"/>
          <w:sz w:val="22"/>
        </w:rPr>
        <w:t>2026.</w:t>
      </w:r>
    </w:p>
    <w:p w14:paraId="42DAB7C3" w14:textId="77777777" w:rsidR="008556E8" w:rsidRDefault="008556E8" w:rsidP="00C41A2A">
      <w:pPr>
        <w:spacing w:after="60"/>
        <w:rPr>
          <w:b/>
          <w:color w:val="0077A8"/>
          <w:sz w:val="22"/>
        </w:rPr>
      </w:pPr>
    </w:p>
    <w:p w14:paraId="0457FF02" w14:textId="4027D01A" w:rsidR="002D5C0F" w:rsidRPr="008556E8" w:rsidRDefault="00000000" w:rsidP="00FD66BC">
      <w:pPr>
        <w:spacing w:after="60" w:line="360" w:lineRule="auto"/>
        <w:rPr>
          <w:bCs/>
          <w:color w:val="0046B8"/>
          <w:sz w:val="22"/>
          <w:u w:val="single"/>
        </w:rPr>
      </w:pPr>
      <w:r w:rsidRPr="008556E8">
        <w:rPr>
          <w:bCs/>
          <w:color w:val="CE0058"/>
          <w:sz w:val="22"/>
        </w:rPr>
        <w:t xml:space="preserve">Managers, please email the completed application form to the Learning and Development team </w:t>
      </w:r>
      <w:r w:rsidR="008556E8">
        <w:rPr>
          <w:bCs/>
          <w:color w:val="CE0058"/>
          <w:sz w:val="22"/>
        </w:rPr>
        <w:t>at</w:t>
      </w:r>
      <w:r w:rsidRPr="008556E8">
        <w:rPr>
          <w:bCs/>
          <w:color w:val="CE0058"/>
          <w:sz w:val="22"/>
        </w:rPr>
        <w:t xml:space="preserve"> </w:t>
      </w:r>
      <w:hyperlink r:id="rId7" w:history="1">
        <w:r w:rsidR="002D5C0F" w:rsidRPr="008556E8">
          <w:rPr>
            <w:rStyle w:val="Hyperlink"/>
            <w:bCs/>
            <w:sz w:val="22"/>
          </w:rPr>
          <w:t>glLandEnquiries@glasgowlife.org.uk</w:t>
        </w:r>
      </w:hyperlink>
    </w:p>
    <w:p w14:paraId="304A0F88" w14:textId="77777777" w:rsidR="002D5C0F" w:rsidRDefault="002D5C0F" w:rsidP="00C41A2A">
      <w:pPr>
        <w:spacing w:after="60"/>
        <w:rPr>
          <w:color w:val="0046B8"/>
          <w:sz w:val="22"/>
          <w:u w:val="single"/>
        </w:rPr>
      </w:pPr>
    </w:p>
    <w:p w14:paraId="2B1B2FF8" w14:textId="2F83A488" w:rsidR="002D5C0F" w:rsidRDefault="00C41A2A" w:rsidP="00C41A2A">
      <w:pPr>
        <w:spacing w:after="60"/>
        <w:rPr>
          <w:color w:val="0046B8"/>
          <w:sz w:val="22"/>
          <w:u w:val="single"/>
        </w:rPr>
      </w:pPr>
      <w:r w:rsidRPr="008C1F38">
        <w:rPr>
          <w:b/>
          <w:noProof/>
          <w:color w:val="CE0058"/>
          <w:sz w:val="22"/>
        </w:rPr>
        <mc:AlternateContent>
          <mc:Choice Requires="wps">
            <w:drawing>
              <wp:anchor distT="45720" distB="45720" distL="114300" distR="114300" simplePos="0" relativeHeight="251705856" behindDoc="0" locked="1" layoutInCell="1" allowOverlap="1" wp14:anchorId="684BBA0A" wp14:editId="291E67BC">
                <wp:simplePos x="0" y="0"/>
                <wp:positionH relativeFrom="column">
                  <wp:posOffset>1217930</wp:posOffset>
                </wp:positionH>
                <wp:positionV relativeFrom="paragraph">
                  <wp:posOffset>-2817495</wp:posOffset>
                </wp:positionV>
                <wp:extent cx="5594350" cy="254000"/>
                <wp:effectExtent l="0" t="0" r="25400" b="12700"/>
                <wp:wrapNone/>
                <wp:docPr id="3984442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4350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B0625A" w14:textId="77777777" w:rsidR="00C41A2A" w:rsidRPr="004B3E22" w:rsidRDefault="00C41A2A" w:rsidP="00C41A2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36000" rIns="91440" bIns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4BBA0A" id="_x0000_s1040" type="#_x0000_t202" style="position:absolute;margin-left:95.9pt;margin-top:-221.85pt;width:440.5pt;height:20pt;z-index:251705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">
                <v:textbox inset=",1mm,,0">
                  <w:txbxContent>
                    <w:p w14:paraId="77B0625A" w14:textId="77777777" w:rsidR="00C41A2A" w:rsidRPr="004B3E22" w:rsidRDefault="00C41A2A" w:rsidP="00C41A2A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C1F38">
        <w:rPr>
          <w:b/>
          <w:noProof/>
          <w:color w:val="CE0058"/>
          <w:sz w:val="22"/>
        </w:rPr>
        <mc:AlternateContent>
          <mc:Choice Requires="wps">
            <w:drawing>
              <wp:anchor distT="45720" distB="45720" distL="114300" distR="114300" simplePos="0" relativeHeight="251704832" behindDoc="0" locked="1" layoutInCell="1" allowOverlap="1" wp14:anchorId="10180C49" wp14:editId="3B98FD6E">
                <wp:simplePos x="0" y="0"/>
                <wp:positionH relativeFrom="column">
                  <wp:posOffset>1240790</wp:posOffset>
                </wp:positionH>
                <wp:positionV relativeFrom="paragraph">
                  <wp:posOffset>-3522345</wp:posOffset>
                </wp:positionV>
                <wp:extent cx="5588000" cy="247650"/>
                <wp:effectExtent l="0" t="0" r="12700" b="19050"/>
                <wp:wrapNone/>
                <wp:docPr id="10668499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8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C4105" w14:textId="77777777" w:rsidR="00C41A2A" w:rsidRPr="004B3E22" w:rsidRDefault="00C41A2A" w:rsidP="00C41A2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36000" rIns="91440" bIns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180C49" id="_x0000_s1041" type="#_x0000_t202" style="position:absolute;margin-left:97.7pt;margin-top:-277.35pt;width:440pt;height:19.5pt;z-index:251704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">
                <v:textbox inset=",1mm,,0">
                  <w:txbxContent>
                    <w:p w14:paraId="500C4105" w14:textId="77777777" w:rsidR="00C41A2A" w:rsidRPr="004B3E22" w:rsidRDefault="00C41A2A" w:rsidP="00C41A2A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C1F38">
        <w:rPr>
          <w:b/>
          <w:noProof/>
          <w:color w:val="CE0058"/>
          <w:sz w:val="22"/>
        </w:rPr>
        <mc:AlternateContent>
          <mc:Choice Requires="wps">
            <w:drawing>
              <wp:anchor distT="45720" distB="45720" distL="114300" distR="114300" simplePos="0" relativeHeight="251699200" behindDoc="0" locked="1" layoutInCell="1" allowOverlap="1" wp14:anchorId="4EDAD2BC" wp14:editId="1EFF72E6">
                <wp:simplePos x="0" y="0"/>
                <wp:positionH relativeFrom="column">
                  <wp:posOffset>1511300</wp:posOffset>
                </wp:positionH>
                <wp:positionV relativeFrom="paragraph">
                  <wp:posOffset>-2261235</wp:posOffset>
                </wp:positionV>
                <wp:extent cx="2818765" cy="431800"/>
                <wp:effectExtent l="0" t="0" r="19685" b="25400"/>
                <wp:wrapNone/>
                <wp:docPr id="21072033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876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A4A2F7" w14:textId="77777777" w:rsidR="00C41A2A" w:rsidRPr="00BF0467" w:rsidRDefault="00C41A2A" w:rsidP="00C41A2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36000" rIns="91440" bIns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DAD2BC" id="_x0000_s1042" type="#_x0000_t202" style="position:absolute;margin-left:119pt;margin-top:-178.05pt;width:221.95pt;height:34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">
                <v:textbox inset=",1mm,,0">
                  <w:txbxContent>
                    <w:p w14:paraId="5AA4A2F7" w14:textId="77777777" w:rsidR="00C41A2A" w:rsidRPr="00BF0467" w:rsidRDefault="00C41A2A" w:rsidP="00C41A2A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C1F38">
        <w:rPr>
          <w:b/>
          <w:noProof/>
          <w:color w:val="CE0058"/>
          <w:sz w:val="22"/>
        </w:rPr>
        <mc:AlternateContent>
          <mc:Choice Requires="wps">
            <w:drawing>
              <wp:anchor distT="45720" distB="45720" distL="114300" distR="114300" simplePos="0" relativeHeight="251700224" behindDoc="0" locked="1" layoutInCell="1" allowOverlap="1" wp14:anchorId="3808FA1B" wp14:editId="54CAEF11">
                <wp:simplePos x="0" y="0"/>
                <wp:positionH relativeFrom="margin">
                  <wp:posOffset>5028565</wp:posOffset>
                </wp:positionH>
                <wp:positionV relativeFrom="paragraph">
                  <wp:posOffset>-2070735</wp:posOffset>
                </wp:positionV>
                <wp:extent cx="1799590" cy="208280"/>
                <wp:effectExtent l="0" t="0" r="10160" b="20320"/>
                <wp:wrapNone/>
                <wp:docPr id="19017997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208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6EF0B1" w14:textId="535FA47C" w:rsidR="00C41A2A" w:rsidRPr="004B3E22" w:rsidRDefault="00C41A2A" w:rsidP="00C41A2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36000" rIns="91440" bIns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08FA1B" id="_x0000_s1043" type="#_x0000_t202" style="position:absolute;margin-left:395.95pt;margin-top:-163.05pt;width:141.7pt;height:16.4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">
                <v:textbox inset=",1mm,,0">
                  <w:txbxContent>
                    <w:p w14:paraId="7B6EF0B1" w14:textId="535FA47C" w:rsidR="00C41A2A" w:rsidRPr="004B3E22" w:rsidRDefault="00C41A2A" w:rsidP="00C41A2A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  <w10:anchorlock/>
              </v:shape>
            </w:pict>
          </mc:Fallback>
        </mc:AlternateContent>
      </w:r>
    </w:p>
    <w:sectPr w:rsidR="002D5C0F" w:rsidSect="00C41A2A">
      <w:pgSz w:w="11909" w:h="16834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88600676">
    <w:abstractNumId w:val="8"/>
  </w:num>
  <w:num w:numId="2" w16cid:durableId="202448315">
    <w:abstractNumId w:val="6"/>
  </w:num>
  <w:num w:numId="3" w16cid:durableId="897478460">
    <w:abstractNumId w:val="5"/>
  </w:num>
  <w:num w:numId="4" w16cid:durableId="327759068">
    <w:abstractNumId w:val="4"/>
  </w:num>
  <w:num w:numId="5" w16cid:durableId="471561635">
    <w:abstractNumId w:val="7"/>
  </w:num>
  <w:num w:numId="6" w16cid:durableId="2032025777">
    <w:abstractNumId w:val="3"/>
  </w:num>
  <w:num w:numId="7" w16cid:durableId="561015742">
    <w:abstractNumId w:val="2"/>
  </w:num>
  <w:num w:numId="8" w16cid:durableId="413550159">
    <w:abstractNumId w:val="1"/>
  </w:num>
  <w:num w:numId="9" w16cid:durableId="1387215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13B2"/>
    <w:rsid w:val="0015074B"/>
    <w:rsid w:val="00195E6B"/>
    <w:rsid w:val="00244150"/>
    <w:rsid w:val="0029639D"/>
    <w:rsid w:val="002C383C"/>
    <w:rsid w:val="002D5C0F"/>
    <w:rsid w:val="00326F90"/>
    <w:rsid w:val="003C0E66"/>
    <w:rsid w:val="003F2EDF"/>
    <w:rsid w:val="00403D73"/>
    <w:rsid w:val="004146B3"/>
    <w:rsid w:val="004B3E22"/>
    <w:rsid w:val="007319EF"/>
    <w:rsid w:val="007A36A6"/>
    <w:rsid w:val="007D5BB4"/>
    <w:rsid w:val="008556E8"/>
    <w:rsid w:val="008C1F38"/>
    <w:rsid w:val="008F23A7"/>
    <w:rsid w:val="00AA1D8D"/>
    <w:rsid w:val="00B47730"/>
    <w:rsid w:val="00BF0467"/>
    <w:rsid w:val="00C41A2A"/>
    <w:rsid w:val="00C60F41"/>
    <w:rsid w:val="00CB0664"/>
    <w:rsid w:val="00D3677F"/>
    <w:rsid w:val="00E35791"/>
    <w:rsid w:val="00EA26B9"/>
    <w:rsid w:val="00FC693F"/>
    <w:rsid w:val="00FD6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565DB5D"/>
  <w14:defaultImageDpi w14:val="330"/>
  <w15:docId w15:val="{142C6B1C-F7ED-44E7-B077-2743D7B68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ceholderText">
    <w:name w:val="Placeholder Text"/>
    <w:basedOn w:val="DefaultParagraphFont"/>
    <w:uiPriority w:val="99"/>
    <w:semiHidden/>
    <w:rsid w:val="007D5BB4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2D5C0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5C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glLandEnquiries@glasgowlife.org.u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288</Words>
  <Characters>1570</Characters>
  <Application>Microsoft Office Word</Application>
  <DocSecurity>0</DocSecurity>
  <Lines>112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Pathway Programme Application Form Cohort 8 - No Tables</vt:lpstr>
    </vt:vector>
  </TitlesOfParts>
  <Manager/>
  <Company/>
  <LinksUpToDate>false</LinksUpToDate>
  <CharactersWithSpaces>1830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Pathway Programme Application Form Cohort 8 - No Tables</dc:title>
  <dc:subject/>
  <dc:creator>Hutchison, Mark</dc:creator>
  <cp:keywords/>
  <dc:description>generated by python-docx</dc:description>
  <cp:lastModifiedBy>Johnson, Joan</cp:lastModifiedBy>
  <cp:revision>4</cp:revision>
  <dcterms:created xsi:type="dcterms:W3CDTF">2026-10-23T10:48:00Z</dcterms:created>
  <dcterms:modified xsi:type="dcterms:W3CDTF">2026-10-23T11:09:00Z</dcterms:modified>
  <cp:category/>
</cp:coreProperties>
</file>